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6337"/>
      </w:tblGrid>
      <w:tr w:rsidR="00AE38DB" w:rsidRPr="00E00DA0" w:rsidTr="008522E9">
        <w:tc>
          <w:tcPr>
            <w:tcW w:w="10340" w:type="dxa"/>
            <w:gridSpan w:val="2"/>
          </w:tcPr>
          <w:p w:rsidR="00AE38DB" w:rsidRDefault="00AE38DB" w:rsidP="00B07347">
            <w:pPr>
              <w:autoSpaceDE w:val="0"/>
              <w:autoSpaceDN w:val="0"/>
              <w:jc w:val="center"/>
              <w:rPr>
                <w:rFonts w:ascii="Times New Roman" w:eastAsia="Times New Roman Bold" w:hAnsi="Times New Roman" w:cs="Times New Roman"/>
                <w:b/>
                <w:sz w:val="26"/>
                <w:szCs w:val="26"/>
              </w:rPr>
            </w:pPr>
            <w:r w:rsidRPr="00E00DA0">
              <w:rPr>
                <w:rFonts w:ascii="Times New Roman" w:eastAsia="Times New Roman Bold" w:hAnsi="Times New Roman" w:cs="Times New Roman"/>
                <w:b/>
                <w:sz w:val="26"/>
                <w:szCs w:val="26"/>
              </w:rPr>
              <w:t>KHUNG KẾ HOẠCH BÀI DẠY</w:t>
            </w:r>
          </w:p>
          <w:p w:rsidR="001E3BFD" w:rsidRPr="00D56E11" w:rsidRDefault="001E3BFD" w:rsidP="001E3BFD">
            <w:pPr>
              <w:spacing w:line="276" w:lineRule="auto"/>
              <w:rPr>
                <w:rFonts w:eastAsia="Arial"/>
                <w:i/>
                <w:sz w:val="26"/>
                <w:szCs w:val="26"/>
              </w:rPr>
            </w:pPr>
            <w:r w:rsidRPr="00194F24">
              <w:rPr>
                <w:rFonts w:eastAsia="Arial"/>
                <w:i/>
                <w:sz w:val="26"/>
                <w:szCs w:val="26"/>
                <w:lang w:val="vi-VN"/>
              </w:rPr>
              <w:t xml:space="preserve">Ngày </w:t>
            </w:r>
            <w:r w:rsidR="00D56E11">
              <w:rPr>
                <w:rFonts w:eastAsia="Arial"/>
                <w:i/>
                <w:sz w:val="26"/>
                <w:szCs w:val="26"/>
              </w:rPr>
              <w:t>7</w:t>
            </w:r>
            <w:r w:rsidRPr="00194F24">
              <w:rPr>
                <w:rFonts w:eastAsia="Arial"/>
                <w:i/>
                <w:sz w:val="26"/>
                <w:szCs w:val="26"/>
                <w:lang w:val="vi-VN"/>
              </w:rPr>
              <w:t xml:space="preserve"> tháng </w:t>
            </w:r>
            <w:r w:rsidR="00D56E11">
              <w:rPr>
                <w:rFonts w:eastAsia="Arial"/>
                <w:i/>
                <w:sz w:val="26"/>
                <w:szCs w:val="26"/>
              </w:rPr>
              <w:t>10</w:t>
            </w:r>
            <w:r w:rsidRPr="00194F24">
              <w:rPr>
                <w:rFonts w:eastAsia="Arial"/>
                <w:i/>
                <w:sz w:val="26"/>
                <w:szCs w:val="26"/>
                <w:lang w:val="vi-VN"/>
              </w:rPr>
              <w:t xml:space="preserve"> năm 202</w:t>
            </w:r>
            <w:r w:rsidR="007A3457">
              <w:rPr>
                <w:rFonts w:eastAsia="Arial"/>
                <w:i/>
                <w:sz w:val="26"/>
                <w:szCs w:val="26"/>
              </w:rPr>
              <w:t>4</w:t>
            </w:r>
            <w:r>
              <w:rPr>
                <w:rFonts w:eastAsia="Arial"/>
                <w:i/>
                <w:sz w:val="26"/>
                <w:szCs w:val="26"/>
                <w:lang w:val="vi-VN"/>
              </w:rPr>
              <w:tab/>
            </w:r>
            <w:r>
              <w:rPr>
                <w:rFonts w:eastAsia="Arial"/>
                <w:i/>
                <w:sz w:val="26"/>
                <w:szCs w:val="26"/>
                <w:lang w:val="vi-VN"/>
              </w:rPr>
              <w:tab/>
            </w:r>
            <w:r>
              <w:rPr>
                <w:rFonts w:eastAsia="Arial"/>
                <w:i/>
                <w:sz w:val="26"/>
                <w:szCs w:val="26"/>
                <w:lang w:val="vi-VN"/>
              </w:rPr>
              <w:tab/>
              <w:t xml:space="preserve"> </w:t>
            </w:r>
            <w:r w:rsidRPr="00194F24">
              <w:rPr>
                <w:rFonts w:eastAsia="Arial"/>
                <w:i/>
                <w:sz w:val="26"/>
                <w:szCs w:val="26"/>
                <w:lang w:val="vi-VN"/>
              </w:rPr>
              <w:t>Họ và tên giáo viên:</w:t>
            </w:r>
            <w:r w:rsidR="007A3457">
              <w:rPr>
                <w:rFonts w:eastAsia="Arial"/>
                <w:i/>
                <w:sz w:val="26"/>
                <w:szCs w:val="26"/>
              </w:rPr>
              <w:t>Võ Thị Ngọc Diễm</w:t>
            </w:r>
            <w:r w:rsidR="00D56E11">
              <w:rPr>
                <w:rFonts w:eastAsia="Arial"/>
                <w:i/>
                <w:sz w:val="26"/>
                <w:szCs w:val="26"/>
              </w:rPr>
              <w:t xml:space="preserve"> </w:t>
            </w:r>
            <w:r>
              <w:rPr>
                <w:rFonts w:eastAsia="Arial"/>
                <w:i/>
                <w:sz w:val="26"/>
                <w:szCs w:val="26"/>
              </w:rPr>
              <w:t xml:space="preserve"> </w:t>
            </w:r>
            <w:r w:rsidRPr="00194F24">
              <w:rPr>
                <w:rFonts w:eastAsia="Arial"/>
                <w:i/>
                <w:sz w:val="26"/>
                <w:szCs w:val="26"/>
              </w:rPr>
              <w:tab/>
            </w:r>
            <w:r w:rsidRPr="00194F24">
              <w:rPr>
                <w:rFonts w:eastAsia="Arial"/>
                <w:i/>
                <w:sz w:val="26"/>
                <w:szCs w:val="26"/>
              </w:rPr>
              <w:tab/>
            </w:r>
            <w:r w:rsidRPr="00194F24">
              <w:rPr>
                <w:rFonts w:eastAsia="Arial"/>
                <w:i/>
                <w:sz w:val="26"/>
                <w:szCs w:val="26"/>
              </w:rPr>
              <w:tab/>
            </w:r>
            <w:r w:rsidRPr="00194F24">
              <w:rPr>
                <w:rFonts w:eastAsia="Arial"/>
                <w:i/>
                <w:sz w:val="26"/>
                <w:szCs w:val="26"/>
              </w:rPr>
              <w:tab/>
            </w:r>
            <w:r w:rsidRPr="00194F24">
              <w:rPr>
                <w:rFonts w:eastAsia="Arial"/>
                <w:i/>
                <w:sz w:val="26"/>
                <w:szCs w:val="26"/>
              </w:rPr>
              <w:tab/>
            </w:r>
            <w:r w:rsidRPr="00194F24">
              <w:rPr>
                <w:rFonts w:eastAsia="Arial"/>
                <w:i/>
                <w:sz w:val="26"/>
                <w:szCs w:val="26"/>
              </w:rPr>
              <w:tab/>
              <w:t xml:space="preserve">   </w:t>
            </w:r>
            <w:r>
              <w:rPr>
                <w:rFonts w:eastAsia="Arial"/>
                <w:i/>
                <w:sz w:val="26"/>
                <w:szCs w:val="26"/>
                <w:lang w:val="vi-VN"/>
              </w:rPr>
              <w:t xml:space="preserve">          </w:t>
            </w:r>
            <w:r w:rsidR="00D56E11">
              <w:rPr>
                <w:rFonts w:eastAsia="Arial"/>
                <w:i/>
                <w:sz w:val="26"/>
                <w:szCs w:val="26"/>
              </w:rPr>
              <w:t xml:space="preserve">                           </w:t>
            </w:r>
            <w:r>
              <w:rPr>
                <w:rFonts w:eastAsia="Arial"/>
                <w:i/>
                <w:sz w:val="26"/>
                <w:szCs w:val="26"/>
                <w:lang w:val="vi-VN"/>
              </w:rPr>
              <w:t xml:space="preserve"> </w:t>
            </w:r>
            <w:r w:rsidRPr="00194F24">
              <w:rPr>
                <w:rFonts w:eastAsia="Arial"/>
                <w:i/>
                <w:sz w:val="26"/>
                <w:szCs w:val="26"/>
                <w:lang w:val="vi-VN"/>
              </w:rPr>
              <w:t xml:space="preserve">Tổ chuyên môn: </w:t>
            </w:r>
            <w:r w:rsidR="007A3457">
              <w:rPr>
                <w:rFonts w:eastAsia="Arial"/>
                <w:i/>
                <w:sz w:val="26"/>
                <w:szCs w:val="26"/>
              </w:rPr>
              <w:t>Toán</w:t>
            </w:r>
            <w:bookmarkStart w:id="0" w:name="_GoBack"/>
            <w:bookmarkEnd w:id="0"/>
          </w:p>
          <w:p w:rsidR="001E3BFD" w:rsidRPr="00194F24" w:rsidRDefault="001E3BFD" w:rsidP="001E3BFD">
            <w:pPr>
              <w:autoSpaceDE w:val="0"/>
              <w:autoSpaceDN w:val="0"/>
              <w:adjustRightInd w:val="0"/>
              <w:jc w:val="center"/>
              <w:rPr>
                <w:rFonts w:eastAsia="Arial"/>
                <w:b/>
                <w:bCs/>
                <w:color w:val="FF0000"/>
                <w:sz w:val="32"/>
                <w:szCs w:val="26"/>
              </w:rPr>
            </w:pPr>
            <w:r w:rsidRPr="00194F24">
              <w:rPr>
                <w:rFonts w:eastAsia="Arial"/>
                <w:b/>
                <w:bCs/>
                <w:color w:val="FF0000"/>
                <w:sz w:val="32"/>
                <w:szCs w:val="26"/>
                <w:lang w:val="vi-VN"/>
              </w:rPr>
              <w:t>TÊN BÀI DẠY:</w:t>
            </w:r>
            <w:r w:rsidRPr="00194F24">
              <w:rPr>
                <w:rFonts w:eastAsia="Arial"/>
                <w:b/>
                <w:bCs/>
                <w:color w:val="FF0000"/>
                <w:sz w:val="32"/>
                <w:szCs w:val="26"/>
              </w:rPr>
              <w:t xml:space="preserve"> </w:t>
            </w:r>
          </w:p>
          <w:p w:rsidR="00B07347" w:rsidRPr="001E3BFD" w:rsidRDefault="001E3BFD" w:rsidP="005873E7">
            <w:pPr>
              <w:autoSpaceDE w:val="0"/>
              <w:autoSpaceDN w:val="0"/>
              <w:jc w:val="center"/>
              <w:rPr>
                <w:rFonts w:ascii="Times New Roman" w:eastAsia="Times New Roman Bold" w:hAnsi="Times New Roman" w:cs="Times New Roman"/>
                <w:b/>
                <w:color w:val="FF0000"/>
                <w:sz w:val="32"/>
                <w:szCs w:val="26"/>
              </w:rPr>
            </w:pPr>
            <w:r w:rsidRPr="001E3BFD">
              <w:rPr>
                <w:rFonts w:ascii="Times New Roman" w:eastAsia="Times New Roman Bold" w:hAnsi="Times New Roman" w:cs="Times New Roman"/>
                <w:b/>
                <w:color w:val="FF0000"/>
                <w:sz w:val="32"/>
                <w:szCs w:val="26"/>
              </w:rPr>
              <w:t>CÁC NGÀNH KINH TẾ MŨI NHỌN Ở BÌNH ĐỊNH</w:t>
            </w:r>
          </w:p>
          <w:p w:rsidR="001E3BFD" w:rsidRPr="007E1D54" w:rsidRDefault="001E3BFD" w:rsidP="001E3BFD">
            <w:pPr>
              <w:jc w:val="center"/>
              <w:rPr>
                <w:rFonts w:eastAsia="Arial"/>
                <w:b/>
              </w:rPr>
            </w:pPr>
            <w:r w:rsidRPr="007E1D54">
              <w:rPr>
                <w:rFonts w:eastAsia="Arial"/>
                <w:b/>
              </w:rPr>
              <w:t xml:space="preserve">Môn học: </w:t>
            </w:r>
            <w:r>
              <w:rPr>
                <w:rFonts w:eastAsia="Arial"/>
                <w:b/>
                <w:i/>
                <w:lang w:val="vi-VN"/>
              </w:rPr>
              <w:t>Giáo duc địa phương tỉnh Bình Định</w:t>
            </w:r>
            <w:r w:rsidRPr="007E1D54">
              <w:rPr>
                <w:rFonts w:eastAsia="Arial"/>
                <w:b/>
              </w:rPr>
              <w:t>; Lớp 7</w:t>
            </w:r>
          </w:p>
          <w:p w:rsidR="001E3BFD" w:rsidRPr="001E3BFD" w:rsidRDefault="001E3BFD" w:rsidP="001E3BFD">
            <w:pPr>
              <w:jc w:val="center"/>
              <w:rPr>
                <w:rFonts w:eastAsia="Arial"/>
                <w:b/>
                <w:lang w:val="vi-VN"/>
              </w:rPr>
            </w:pPr>
            <w:r w:rsidRPr="007E1D54">
              <w:rPr>
                <w:rFonts w:eastAsia="Arial"/>
                <w:b/>
              </w:rPr>
              <w:t>Thời gian thực hiện: 0</w:t>
            </w:r>
            <w:r w:rsidR="00E23D4E">
              <w:rPr>
                <w:rFonts w:eastAsia="Arial"/>
                <w:b/>
              </w:rPr>
              <w:t>5</w:t>
            </w:r>
            <w:r w:rsidRPr="007E1D54">
              <w:rPr>
                <w:rFonts w:eastAsia="Arial"/>
                <w:b/>
              </w:rPr>
              <w:t xml:space="preserve"> tiết</w:t>
            </w:r>
            <w:r>
              <w:rPr>
                <w:rFonts w:eastAsia="Arial"/>
                <w:b/>
                <w:lang w:val="vi-VN"/>
              </w:rPr>
              <w:t xml:space="preserve">    </w:t>
            </w:r>
            <w:r w:rsidRPr="001E3BFD">
              <w:rPr>
                <w:rFonts w:eastAsia="Arial"/>
                <w:b/>
                <w:color w:val="FF0000"/>
                <w:lang w:val="vi-VN"/>
              </w:rPr>
              <w:t>(</w:t>
            </w:r>
            <w:r w:rsidRPr="00E00DA0">
              <w:rPr>
                <w:rFonts w:ascii="Times New Roman" w:eastAsia="Times New Roman Bold" w:hAnsi="Times New Roman" w:cs="Times New Roman"/>
                <w:color w:val="C00000"/>
                <w:sz w:val="26"/>
                <w:szCs w:val="26"/>
              </w:rPr>
              <w:t xml:space="preserve">Tiết </w:t>
            </w:r>
            <w:r w:rsidR="00E23D4E">
              <w:rPr>
                <w:rFonts w:ascii="Times New Roman" w:eastAsia="Times New Roman Bold" w:hAnsi="Times New Roman" w:cs="Times New Roman"/>
                <w:color w:val="C00000"/>
                <w:sz w:val="26"/>
                <w:szCs w:val="26"/>
                <w:lang w:val="vi-VN"/>
              </w:rPr>
              <w:t xml:space="preserve">6;7;8 </w:t>
            </w:r>
            <w:r w:rsidR="00E23D4E">
              <w:rPr>
                <w:rFonts w:ascii="Times New Roman" w:eastAsia="Times New Roman Bold" w:hAnsi="Times New Roman" w:cs="Times New Roman"/>
                <w:color w:val="C00000"/>
                <w:sz w:val="26"/>
                <w:szCs w:val="26"/>
              </w:rPr>
              <w:t>;</w:t>
            </w:r>
            <w:r>
              <w:rPr>
                <w:rFonts w:ascii="Times New Roman" w:eastAsia="Times New Roman Bold" w:hAnsi="Times New Roman" w:cs="Times New Roman"/>
                <w:color w:val="C00000"/>
                <w:sz w:val="26"/>
                <w:szCs w:val="26"/>
                <w:lang w:val="vi-VN"/>
              </w:rPr>
              <w:t>10;11</w:t>
            </w:r>
            <w:r w:rsidRPr="00E00DA0">
              <w:rPr>
                <w:rFonts w:ascii="Times New Roman" w:eastAsia="Times New Roman Bold" w:hAnsi="Times New Roman" w:cs="Times New Roman"/>
                <w:color w:val="C00000"/>
                <w:sz w:val="26"/>
                <w:szCs w:val="26"/>
              </w:rPr>
              <w:t xml:space="preserve"> )</w:t>
            </w:r>
          </w:p>
          <w:p w:rsidR="001E3BFD" w:rsidRDefault="001E3BFD" w:rsidP="005873E7">
            <w:pPr>
              <w:autoSpaceDE w:val="0"/>
              <w:autoSpaceDN w:val="0"/>
              <w:jc w:val="center"/>
              <w:rPr>
                <w:rFonts w:ascii="Times New Roman" w:eastAsia="Times New Roman Bold" w:hAnsi="Times New Roman" w:cs="Times New Roman"/>
                <w:b/>
                <w:sz w:val="26"/>
                <w:szCs w:val="26"/>
              </w:rPr>
            </w:pPr>
          </w:p>
          <w:p w:rsidR="001E3BFD" w:rsidRDefault="001E3BFD" w:rsidP="005873E7">
            <w:pPr>
              <w:autoSpaceDE w:val="0"/>
              <w:autoSpaceDN w:val="0"/>
              <w:jc w:val="center"/>
              <w:rPr>
                <w:rFonts w:ascii="Times New Roman" w:eastAsia="Times New Roman Bold" w:hAnsi="Times New Roman" w:cs="Times New Roman"/>
                <w:b/>
                <w:sz w:val="26"/>
                <w:szCs w:val="26"/>
              </w:rPr>
            </w:pPr>
          </w:p>
          <w:p w:rsidR="001E3BFD" w:rsidRPr="00E00DA0" w:rsidRDefault="001E3BFD" w:rsidP="005873E7">
            <w:pPr>
              <w:autoSpaceDE w:val="0"/>
              <w:autoSpaceDN w:val="0"/>
              <w:jc w:val="center"/>
              <w:rPr>
                <w:rFonts w:ascii="Times New Roman" w:hAnsi="Times New Roman" w:cs="Times New Roman"/>
                <w:sz w:val="26"/>
                <w:szCs w:val="26"/>
              </w:rPr>
            </w:pPr>
          </w:p>
        </w:tc>
      </w:tr>
      <w:tr w:rsidR="00413933" w:rsidRPr="00E00DA0" w:rsidTr="008522E9">
        <w:tc>
          <w:tcPr>
            <w:tcW w:w="4003" w:type="dxa"/>
          </w:tcPr>
          <w:p w:rsidR="00413933" w:rsidRPr="00E00DA0" w:rsidRDefault="004B3503" w:rsidP="004B3503">
            <w:pPr>
              <w:autoSpaceDE w:val="0"/>
              <w:autoSpaceDN w:val="0"/>
              <w:rPr>
                <w:rFonts w:ascii="Times New Roman" w:eastAsia="Times New Roman" w:hAnsi="Times New Roman" w:cs="Times New Roman"/>
                <w:sz w:val="26"/>
                <w:szCs w:val="26"/>
              </w:rPr>
            </w:pPr>
            <w:r w:rsidRPr="00E00DA0">
              <w:rPr>
                <w:rFonts w:ascii="Times New Roman" w:eastAsia="Times New Roman Bold" w:hAnsi="Times New Roman" w:cs="Times New Roman"/>
                <w:b/>
                <w:sz w:val="26"/>
                <w:szCs w:val="26"/>
              </w:rPr>
              <w:t>I. Mục tiêu</w:t>
            </w:r>
          </w:p>
        </w:tc>
        <w:tc>
          <w:tcPr>
            <w:tcW w:w="6337" w:type="dxa"/>
          </w:tcPr>
          <w:p w:rsidR="00413933" w:rsidRPr="00E00DA0" w:rsidRDefault="00413933" w:rsidP="00B07347">
            <w:pPr>
              <w:autoSpaceDE w:val="0"/>
              <w:autoSpaceDN w:val="0"/>
              <w:rPr>
                <w:rFonts w:ascii="Times New Roman" w:eastAsia="Times New Roman Bold" w:hAnsi="Times New Roman" w:cs="Times New Roman"/>
                <w:sz w:val="26"/>
                <w:szCs w:val="26"/>
              </w:rPr>
            </w:pPr>
          </w:p>
        </w:tc>
      </w:tr>
      <w:tr w:rsidR="004B3503" w:rsidRPr="00E00DA0" w:rsidTr="008522E9">
        <w:tc>
          <w:tcPr>
            <w:tcW w:w="4003" w:type="dxa"/>
          </w:tcPr>
          <w:p w:rsidR="004B3503" w:rsidRPr="00E00DA0" w:rsidRDefault="004B3503" w:rsidP="004B3503">
            <w:pPr>
              <w:autoSpaceDE w:val="0"/>
              <w:autoSpaceDN w:val="0"/>
              <w:rPr>
                <w:rFonts w:ascii="Times New Roman" w:eastAsia="Times New Roman" w:hAnsi="Times New Roman" w:cs="Times New Roman"/>
                <w:sz w:val="26"/>
                <w:szCs w:val="26"/>
              </w:rPr>
            </w:pPr>
            <w:r w:rsidRPr="00E00DA0">
              <w:rPr>
                <w:rFonts w:ascii="Times New Roman" w:eastAsia="Times New Roman Bold" w:hAnsi="Times New Roman" w:cs="Times New Roman"/>
                <w:b/>
                <w:sz w:val="26"/>
                <w:szCs w:val="26"/>
              </w:rPr>
              <w:t>1. Về kiến thức:</w:t>
            </w:r>
          </w:p>
        </w:tc>
        <w:tc>
          <w:tcPr>
            <w:tcW w:w="6337" w:type="dxa"/>
          </w:tcPr>
          <w:p w:rsidR="004B3503" w:rsidRPr="00E00DA0" w:rsidRDefault="004B3503" w:rsidP="00B07347">
            <w:pPr>
              <w:autoSpaceDE w:val="0"/>
              <w:autoSpaceDN w:val="0"/>
              <w:rPr>
                <w:rFonts w:ascii="Times New Roman" w:eastAsia="Times New Roman Bold" w:hAnsi="Times New Roman" w:cs="Times New Roman"/>
                <w:sz w:val="26"/>
                <w:szCs w:val="26"/>
              </w:rPr>
            </w:pPr>
          </w:p>
        </w:tc>
      </w:tr>
      <w:tr w:rsidR="009D16A2" w:rsidRPr="00E00DA0" w:rsidTr="008522E9">
        <w:tc>
          <w:tcPr>
            <w:tcW w:w="10340" w:type="dxa"/>
            <w:gridSpan w:val="2"/>
          </w:tcPr>
          <w:p w:rsidR="00FD1CB8" w:rsidRDefault="00FD1CB8" w:rsidP="00FD1CB8">
            <w:pPr>
              <w:spacing w:line="288" w:lineRule="auto"/>
              <w:rPr>
                <w:rFonts w:ascii="Times New Roman" w:hAnsi="Times New Roman" w:cs="Times New Roman"/>
                <w:sz w:val="26"/>
                <w:szCs w:val="26"/>
              </w:rPr>
            </w:pPr>
            <w:r>
              <w:rPr>
                <w:rFonts w:ascii="Times New Roman" w:hAnsi="Times New Roman" w:cs="Times New Roman"/>
                <w:sz w:val="26"/>
                <w:szCs w:val="26"/>
              </w:rPr>
              <w:t>- Kể tên một số ngành, nghề kinh tế ở Bình Định và nêu đặc điểm cơ bản của một số ngành nghề kinh tế mũi nhọn của Bình Định</w:t>
            </w:r>
          </w:p>
          <w:p w:rsidR="00FD1CB8" w:rsidRDefault="00FD1CB8" w:rsidP="00FD1CB8">
            <w:pPr>
              <w:spacing w:line="288" w:lineRule="auto"/>
              <w:rPr>
                <w:rFonts w:ascii="Times New Roman" w:hAnsi="Times New Roman" w:cs="Times New Roman"/>
                <w:sz w:val="26"/>
                <w:szCs w:val="26"/>
              </w:rPr>
            </w:pPr>
            <w:r>
              <w:rPr>
                <w:rFonts w:ascii="Times New Roman" w:hAnsi="Times New Roman" w:cs="Times New Roman"/>
                <w:sz w:val="26"/>
                <w:szCs w:val="26"/>
              </w:rPr>
              <w:t xml:space="preserve">- </w:t>
            </w:r>
            <w:r w:rsidR="00395524">
              <w:rPr>
                <w:rFonts w:ascii="Times New Roman" w:hAnsi="Times New Roman" w:cs="Times New Roman"/>
                <w:sz w:val="26"/>
                <w:szCs w:val="26"/>
              </w:rPr>
              <w:t xml:space="preserve">Trình </w:t>
            </w:r>
            <w:r>
              <w:rPr>
                <w:rFonts w:ascii="Times New Roman" w:hAnsi="Times New Roman" w:cs="Times New Roman"/>
                <w:sz w:val="26"/>
                <w:szCs w:val="26"/>
              </w:rPr>
              <w:t xml:space="preserve">bày được những thuận lợi và khó khăn </w:t>
            </w:r>
            <w:r w:rsidR="00395524">
              <w:rPr>
                <w:rFonts w:ascii="Times New Roman" w:hAnsi="Times New Roman" w:cs="Times New Roman"/>
                <w:sz w:val="26"/>
                <w:szCs w:val="26"/>
              </w:rPr>
              <w:t>để phát triển các ngành kinh tế ở Bình Định</w:t>
            </w:r>
          </w:p>
          <w:p w:rsidR="00395524" w:rsidRPr="00E00DA0" w:rsidRDefault="00395524" w:rsidP="00FD1CB8">
            <w:pPr>
              <w:spacing w:line="288" w:lineRule="auto"/>
              <w:rPr>
                <w:rFonts w:ascii="Times New Roman" w:hAnsi="Times New Roman" w:cs="Times New Roman"/>
                <w:sz w:val="26"/>
                <w:szCs w:val="26"/>
              </w:rPr>
            </w:pPr>
            <w:r>
              <w:rPr>
                <w:rFonts w:ascii="Times New Roman" w:hAnsi="Times New Roman" w:cs="Times New Roman"/>
                <w:sz w:val="26"/>
                <w:szCs w:val="26"/>
              </w:rPr>
              <w:t>- Biết liên hệ thực tế để giới thiệu về đặc điểm và tiềm năng phát triển trong thời gian tới của các ngành nghề kinh tế ở địa phương mình đang sống</w:t>
            </w:r>
          </w:p>
        </w:tc>
      </w:tr>
      <w:tr w:rsidR="004B3503" w:rsidRPr="00E00DA0" w:rsidTr="008522E9">
        <w:tc>
          <w:tcPr>
            <w:tcW w:w="4003" w:type="dxa"/>
          </w:tcPr>
          <w:p w:rsidR="004B3503" w:rsidRPr="00E00DA0" w:rsidRDefault="004B3503" w:rsidP="004B3503">
            <w:pPr>
              <w:autoSpaceDE w:val="0"/>
              <w:autoSpaceDN w:val="0"/>
              <w:rPr>
                <w:rFonts w:ascii="Times New Roman" w:eastAsia="Times New Roman" w:hAnsi="Times New Roman" w:cs="Times New Roman"/>
                <w:sz w:val="26"/>
                <w:szCs w:val="26"/>
              </w:rPr>
            </w:pPr>
            <w:r w:rsidRPr="00E00DA0">
              <w:rPr>
                <w:rFonts w:ascii="Times New Roman" w:eastAsia="Times New Roman Bold" w:hAnsi="Times New Roman" w:cs="Times New Roman"/>
                <w:b/>
                <w:sz w:val="26"/>
                <w:szCs w:val="26"/>
              </w:rPr>
              <w:t>2. Về năng lực:</w:t>
            </w:r>
          </w:p>
        </w:tc>
        <w:tc>
          <w:tcPr>
            <w:tcW w:w="6337" w:type="dxa"/>
          </w:tcPr>
          <w:p w:rsidR="004B3503" w:rsidRPr="00E00DA0" w:rsidRDefault="004B3503" w:rsidP="00B07347">
            <w:pPr>
              <w:autoSpaceDE w:val="0"/>
              <w:autoSpaceDN w:val="0"/>
              <w:rPr>
                <w:rFonts w:ascii="Times New Roman" w:eastAsia="Times New Roman Bold" w:hAnsi="Times New Roman" w:cs="Times New Roman"/>
                <w:sz w:val="26"/>
                <w:szCs w:val="26"/>
              </w:rPr>
            </w:pPr>
          </w:p>
        </w:tc>
      </w:tr>
      <w:tr w:rsidR="009D16A2" w:rsidRPr="00E00DA0" w:rsidTr="008522E9">
        <w:tc>
          <w:tcPr>
            <w:tcW w:w="10340" w:type="dxa"/>
            <w:gridSpan w:val="2"/>
          </w:tcPr>
          <w:p w:rsidR="00E00DA0" w:rsidRPr="00E00DA0" w:rsidRDefault="00E00DA0" w:rsidP="00FD1CB8">
            <w:pPr>
              <w:pStyle w:val="NormalWeb"/>
              <w:shd w:val="clear" w:color="auto" w:fill="FFFFFF"/>
              <w:spacing w:before="0" w:beforeAutospacing="0" w:after="0" w:afterAutospacing="0"/>
              <w:ind w:firstLine="284"/>
              <w:jc w:val="both"/>
              <w:rPr>
                <w:color w:val="333333"/>
                <w:sz w:val="26"/>
                <w:szCs w:val="26"/>
              </w:rPr>
            </w:pPr>
            <w:r w:rsidRPr="00E00DA0">
              <w:rPr>
                <w:color w:val="333333"/>
                <w:sz w:val="26"/>
                <w:szCs w:val="26"/>
              </w:rPr>
              <w:t>- Năng lực tự chủ và tự học: đọc sách giáo khoa, tìm kiếm thông tin trên mạng</w:t>
            </w:r>
          </w:p>
          <w:p w:rsidR="00E00DA0" w:rsidRPr="00E00DA0" w:rsidRDefault="00E00DA0" w:rsidP="00FD1CB8">
            <w:pPr>
              <w:pStyle w:val="NormalWeb"/>
              <w:shd w:val="clear" w:color="auto" w:fill="FFFFFF"/>
              <w:spacing w:before="0" w:beforeAutospacing="0" w:after="0" w:afterAutospacing="0"/>
              <w:ind w:firstLine="284"/>
              <w:jc w:val="both"/>
              <w:rPr>
                <w:color w:val="333333"/>
                <w:sz w:val="26"/>
                <w:szCs w:val="26"/>
              </w:rPr>
            </w:pPr>
            <w:r w:rsidRPr="00E00DA0">
              <w:rPr>
                <w:color w:val="333333"/>
                <w:sz w:val="26"/>
                <w:szCs w:val="26"/>
              </w:rPr>
              <w:t>- Năng lực giao tiếp và hợp tác: Thảo luận nhóm, tự tin trình bày rõ ràng trôi chảy kết quả thảo luận nhóm, hợp tác để hoàn thành nhiệm vụ học tập.</w:t>
            </w:r>
          </w:p>
          <w:p w:rsidR="00E00DA0" w:rsidRPr="00E00DA0" w:rsidRDefault="00E00DA0" w:rsidP="00FD1CB8">
            <w:pPr>
              <w:pStyle w:val="NormalWeb"/>
              <w:shd w:val="clear" w:color="auto" w:fill="FFFFFF"/>
              <w:spacing w:before="0" w:beforeAutospacing="0" w:after="0" w:afterAutospacing="0"/>
              <w:ind w:firstLine="284"/>
              <w:jc w:val="both"/>
              <w:rPr>
                <w:color w:val="333333"/>
                <w:sz w:val="26"/>
                <w:szCs w:val="26"/>
              </w:rPr>
            </w:pPr>
            <w:r w:rsidRPr="00E00DA0">
              <w:rPr>
                <w:color w:val="333333"/>
                <w:sz w:val="26"/>
                <w:szCs w:val="26"/>
              </w:rPr>
              <w:t>- Năng lực giải quyết vấn đề và sáng tạo: suy nghĩ, tìm tòi, hỏi thầy hỏi bạn để hoàn thành các nhiệm vụ học.</w:t>
            </w:r>
          </w:p>
          <w:p w:rsidR="009D16A2" w:rsidRPr="00E00DA0" w:rsidRDefault="00E00DA0" w:rsidP="00FD1CB8">
            <w:pPr>
              <w:pStyle w:val="NormalWeb"/>
              <w:shd w:val="clear" w:color="auto" w:fill="FFFFFF"/>
              <w:spacing w:before="0" w:beforeAutospacing="0" w:after="0" w:afterAutospacing="0"/>
              <w:ind w:firstLine="284"/>
              <w:jc w:val="both"/>
              <w:rPr>
                <w:color w:val="333333"/>
                <w:sz w:val="26"/>
                <w:szCs w:val="26"/>
              </w:rPr>
            </w:pPr>
            <w:r w:rsidRPr="00E00DA0">
              <w:rPr>
                <w:color w:val="333333"/>
                <w:sz w:val="26"/>
                <w:szCs w:val="26"/>
              </w:rPr>
              <w:t xml:space="preserve">- Năng lực tìm hiểu văn hóa địa phương, có nhận thức và tư duy lịch sử -văn hóa địa </w:t>
            </w:r>
            <w:proofErr w:type="gramStart"/>
            <w:r w:rsidRPr="00E00DA0">
              <w:rPr>
                <w:color w:val="333333"/>
                <w:sz w:val="26"/>
                <w:szCs w:val="26"/>
              </w:rPr>
              <w:t>phương .</w:t>
            </w:r>
            <w:proofErr w:type="gramEnd"/>
          </w:p>
        </w:tc>
      </w:tr>
      <w:tr w:rsidR="004B3503" w:rsidRPr="00E00DA0" w:rsidTr="008522E9">
        <w:tc>
          <w:tcPr>
            <w:tcW w:w="4003" w:type="dxa"/>
          </w:tcPr>
          <w:p w:rsidR="004B3503" w:rsidRPr="00E00DA0" w:rsidRDefault="004B3503" w:rsidP="004B3503">
            <w:pPr>
              <w:autoSpaceDE w:val="0"/>
              <w:autoSpaceDN w:val="0"/>
              <w:rPr>
                <w:rFonts w:ascii="Times New Roman" w:eastAsia="Times New Roman" w:hAnsi="Times New Roman" w:cs="Times New Roman"/>
                <w:sz w:val="26"/>
                <w:szCs w:val="26"/>
              </w:rPr>
            </w:pPr>
            <w:r w:rsidRPr="00E00DA0">
              <w:rPr>
                <w:rFonts w:ascii="Times New Roman" w:eastAsia="Times New Roman Bold" w:hAnsi="Times New Roman" w:cs="Times New Roman"/>
                <w:b/>
                <w:sz w:val="26"/>
                <w:szCs w:val="26"/>
              </w:rPr>
              <w:t>3. Về phẩm chất:</w:t>
            </w:r>
          </w:p>
        </w:tc>
        <w:tc>
          <w:tcPr>
            <w:tcW w:w="6337" w:type="dxa"/>
          </w:tcPr>
          <w:p w:rsidR="004B3503" w:rsidRPr="00E00DA0" w:rsidRDefault="004B3503" w:rsidP="00B07347">
            <w:pPr>
              <w:autoSpaceDE w:val="0"/>
              <w:autoSpaceDN w:val="0"/>
              <w:rPr>
                <w:rFonts w:ascii="Times New Roman" w:eastAsia="Times New Roman Bold" w:hAnsi="Times New Roman" w:cs="Times New Roman"/>
                <w:sz w:val="26"/>
                <w:szCs w:val="26"/>
              </w:rPr>
            </w:pPr>
          </w:p>
        </w:tc>
      </w:tr>
      <w:tr w:rsidR="009D16A2" w:rsidRPr="00E00DA0" w:rsidTr="008522E9">
        <w:tc>
          <w:tcPr>
            <w:tcW w:w="10340" w:type="dxa"/>
            <w:gridSpan w:val="2"/>
          </w:tcPr>
          <w:p w:rsidR="00E00DA0" w:rsidRPr="00E00DA0" w:rsidRDefault="00E00DA0" w:rsidP="00FD1CB8">
            <w:pPr>
              <w:pStyle w:val="NormalWeb"/>
              <w:shd w:val="clear" w:color="auto" w:fill="FFFFFF"/>
              <w:spacing w:before="0" w:beforeAutospacing="0" w:after="0" w:afterAutospacing="0"/>
              <w:ind w:firstLine="284"/>
              <w:jc w:val="both"/>
              <w:rPr>
                <w:color w:val="333333"/>
                <w:sz w:val="26"/>
                <w:szCs w:val="26"/>
              </w:rPr>
            </w:pPr>
            <w:r w:rsidRPr="00E00DA0">
              <w:rPr>
                <w:color w:val="333333"/>
                <w:sz w:val="26"/>
                <w:szCs w:val="26"/>
              </w:rPr>
              <w:t>- Yêu nước: yêu quý, tự hào về quê hương với những giá trị văn hóa và những đóng góp của quê hương đối với sự nghiệp giữ nước của dân tộc.</w:t>
            </w:r>
          </w:p>
          <w:p w:rsidR="009F2C67" w:rsidRPr="00E00DA0" w:rsidRDefault="00E00DA0" w:rsidP="00FD1CB8">
            <w:pPr>
              <w:pStyle w:val="NormalWeb"/>
              <w:shd w:val="clear" w:color="auto" w:fill="FFFFFF"/>
              <w:spacing w:before="0" w:beforeAutospacing="0" w:after="0" w:afterAutospacing="0"/>
              <w:ind w:firstLine="284"/>
              <w:jc w:val="both"/>
              <w:rPr>
                <w:color w:val="333333"/>
                <w:sz w:val="26"/>
                <w:szCs w:val="26"/>
              </w:rPr>
            </w:pPr>
            <w:r w:rsidRPr="00E00DA0">
              <w:rPr>
                <w:color w:val="333333"/>
                <w:sz w:val="26"/>
                <w:szCs w:val="26"/>
              </w:rPr>
              <w:t>- Chăm chỉ: chịu khó đọc sách, tài liệu</w:t>
            </w:r>
          </w:p>
        </w:tc>
      </w:tr>
      <w:tr w:rsidR="004B3503" w:rsidRPr="00E00DA0" w:rsidTr="008522E9">
        <w:tc>
          <w:tcPr>
            <w:tcW w:w="4003" w:type="dxa"/>
          </w:tcPr>
          <w:p w:rsidR="004B3503" w:rsidRPr="00E00DA0" w:rsidRDefault="004B3503" w:rsidP="004B3503">
            <w:pPr>
              <w:autoSpaceDE w:val="0"/>
              <w:autoSpaceDN w:val="0"/>
              <w:rPr>
                <w:rFonts w:ascii="Times New Roman" w:eastAsia="Times New Roman" w:hAnsi="Times New Roman" w:cs="Times New Roman"/>
                <w:sz w:val="26"/>
                <w:szCs w:val="26"/>
              </w:rPr>
            </w:pPr>
            <w:r w:rsidRPr="00E00DA0">
              <w:rPr>
                <w:rFonts w:ascii="Times New Roman" w:eastAsia="Times New Roman Bold" w:hAnsi="Times New Roman" w:cs="Times New Roman"/>
                <w:b/>
                <w:sz w:val="26"/>
                <w:szCs w:val="26"/>
              </w:rPr>
              <w:t>II. Thiết bị dạy học và học liệu</w:t>
            </w:r>
          </w:p>
        </w:tc>
        <w:tc>
          <w:tcPr>
            <w:tcW w:w="6337" w:type="dxa"/>
          </w:tcPr>
          <w:p w:rsidR="004B3503" w:rsidRPr="00E00DA0" w:rsidRDefault="004B3503" w:rsidP="00B07347">
            <w:pPr>
              <w:autoSpaceDE w:val="0"/>
              <w:autoSpaceDN w:val="0"/>
              <w:rPr>
                <w:rFonts w:ascii="Times New Roman" w:eastAsia="Times New Roman Bold" w:hAnsi="Times New Roman" w:cs="Times New Roman"/>
                <w:sz w:val="26"/>
                <w:szCs w:val="26"/>
              </w:rPr>
            </w:pPr>
          </w:p>
        </w:tc>
      </w:tr>
      <w:tr w:rsidR="009D16A2" w:rsidRPr="00E00DA0" w:rsidTr="008522E9">
        <w:tc>
          <w:tcPr>
            <w:tcW w:w="10340" w:type="dxa"/>
            <w:gridSpan w:val="2"/>
          </w:tcPr>
          <w:p w:rsidR="00FD1CB8" w:rsidRPr="00FD1CB8" w:rsidRDefault="00FD1CB8" w:rsidP="00FD1CB8">
            <w:pPr>
              <w:pStyle w:val="NormalWeb"/>
              <w:shd w:val="clear" w:color="auto" w:fill="FFFFFF"/>
              <w:spacing w:before="0" w:beforeAutospacing="0" w:after="0" w:afterAutospacing="0"/>
              <w:ind w:firstLine="284"/>
              <w:jc w:val="both"/>
              <w:rPr>
                <w:rFonts w:ascii="Roboto" w:hAnsi="Roboto"/>
                <w:color w:val="333333"/>
                <w:sz w:val="26"/>
                <w:szCs w:val="26"/>
              </w:rPr>
            </w:pPr>
            <w:r w:rsidRPr="00FD1CB8">
              <w:rPr>
                <w:color w:val="333333"/>
                <w:sz w:val="26"/>
                <w:szCs w:val="26"/>
                <w:lang w:val="de-DE"/>
              </w:rPr>
              <w:t>- Tài liệu GDĐP 7 tỉnh Bình Định</w:t>
            </w:r>
          </w:p>
          <w:p w:rsidR="009D16A2" w:rsidRPr="00FD1CB8" w:rsidRDefault="00FD1CB8" w:rsidP="00FD1CB8">
            <w:pPr>
              <w:pStyle w:val="NormalWeb"/>
              <w:shd w:val="clear" w:color="auto" w:fill="FFFFFF"/>
              <w:spacing w:before="0" w:beforeAutospacing="0" w:after="0" w:afterAutospacing="0"/>
              <w:ind w:firstLine="284"/>
              <w:jc w:val="both"/>
              <w:rPr>
                <w:rFonts w:ascii="Roboto" w:hAnsi="Roboto"/>
                <w:color w:val="333333"/>
                <w:sz w:val="20"/>
                <w:szCs w:val="20"/>
              </w:rPr>
            </w:pPr>
            <w:r w:rsidRPr="00FD1CB8">
              <w:rPr>
                <w:color w:val="333333"/>
                <w:sz w:val="26"/>
                <w:szCs w:val="26"/>
                <w:lang w:val="de-DE"/>
              </w:rPr>
              <w:t>- Tranh ảnh liên quan</w:t>
            </w:r>
            <w:r>
              <w:rPr>
                <w:color w:val="333333"/>
                <w:sz w:val="28"/>
                <w:szCs w:val="28"/>
                <w:lang w:val="de-DE"/>
              </w:rPr>
              <w:t> </w:t>
            </w:r>
          </w:p>
        </w:tc>
      </w:tr>
      <w:tr w:rsidR="004B3503" w:rsidRPr="00E00DA0" w:rsidTr="008522E9">
        <w:tc>
          <w:tcPr>
            <w:tcW w:w="4003" w:type="dxa"/>
          </w:tcPr>
          <w:p w:rsidR="004B3503" w:rsidRPr="00E00DA0" w:rsidRDefault="00370293" w:rsidP="00370293">
            <w:pPr>
              <w:autoSpaceDE w:val="0"/>
              <w:autoSpaceDN w:val="0"/>
              <w:spacing w:before="84" w:line="358" w:lineRule="exact"/>
              <w:ind w:right="720"/>
              <w:rPr>
                <w:rFonts w:ascii="Times New Roman" w:hAnsi="Times New Roman" w:cs="Times New Roman"/>
                <w:sz w:val="26"/>
                <w:szCs w:val="26"/>
              </w:rPr>
            </w:pPr>
            <w:r w:rsidRPr="00E00DA0">
              <w:rPr>
                <w:rFonts w:ascii="Times New Roman" w:eastAsia="Times New Roman Bold" w:hAnsi="Times New Roman" w:cs="Times New Roman"/>
                <w:b/>
                <w:sz w:val="26"/>
                <w:szCs w:val="26"/>
              </w:rPr>
              <w:t xml:space="preserve">III. Tiến trình dạy học </w:t>
            </w:r>
          </w:p>
        </w:tc>
        <w:tc>
          <w:tcPr>
            <w:tcW w:w="6337" w:type="dxa"/>
          </w:tcPr>
          <w:p w:rsidR="004B3503" w:rsidRPr="00E00DA0" w:rsidRDefault="004B3503" w:rsidP="00B07347">
            <w:pPr>
              <w:autoSpaceDE w:val="0"/>
              <w:autoSpaceDN w:val="0"/>
              <w:rPr>
                <w:rFonts w:ascii="Times New Roman" w:eastAsia="Times New Roman Bold" w:hAnsi="Times New Roman" w:cs="Times New Roman"/>
                <w:sz w:val="26"/>
                <w:szCs w:val="26"/>
              </w:rPr>
            </w:pPr>
          </w:p>
        </w:tc>
      </w:tr>
      <w:tr w:rsidR="00370293" w:rsidRPr="00E00DA0" w:rsidTr="008522E9">
        <w:tc>
          <w:tcPr>
            <w:tcW w:w="10340" w:type="dxa"/>
            <w:gridSpan w:val="2"/>
          </w:tcPr>
          <w:p w:rsidR="00370293" w:rsidRPr="00E00DA0" w:rsidRDefault="00370293" w:rsidP="00D713CE">
            <w:pPr>
              <w:tabs>
                <w:tab w:val="left" w:pos="720"/>
              </w:tabs>
              <w:autoSpaceDE w:val="0"/>
              <w:autoSpaceDN w:val="0"/>
              <w:spacing w:before="128" w:line="282" w:lineRule="exact"/>
              <w:rPr>
                <w:rFonts w:ascii="Times New Roman" w:hAnsi="Times New Roman" w:cs="Times New Roman"/>
                <w:sz w:val="26"/>
                <w:szCs w:val="26"/>
              </w:rPr>
            </w:pPr>
            <w:r w:rsidRPr="00E00DA0">
              <w:rPr>
                <w:rFonts w:ascii="Times New Roman" w:eastAsia="Times New Roman Bold" w:hAnsi="Times New Roman" w:cs="Times New Roman"/>
                <w:b/>
                <w:sz w:val="26"/>
                <w:szCs w:val="26"/>
              </w:rPr>
              <w:t xml:space="preserve">1. Hoạt động 1: Xác định vấn đề/nhiệm vụ học tập/Mở đầu </w:t>
            </w:r>
            <w:r w:rsidRPr="00E00DA0">
              <w:rPr>
                <w:rFonts w:ascii="Times New Roman" w:eastAsia="Times New Roman Italic" w:hAnsi="Times New Roman" w:cs="Times New Roman"/>
                <w:i/>
                <w:sz w:val="26"/>
                <w:szCs w:val="26"/>
              </w:rPr>
              <w:t xml:space="preserve">(Ghi rõ tên thể hiện kết quả hoạt động) [dự kiến thời gian] </w:t>
            </w:r>
            <w:r w:rsidR="00343849" w:rsidRPr="00E00DA0">
              <w:rPr>
                <w:rFonts w:ascii="Times New Roman" w:eastAsia="Times New Roman Italic" w:hAnsi="Times New Roman" w:cs="Times New Roman"/>
                <w:b/>
                <w:i/>
                <w:color w:val="C00000"/>
                <w:sz w:val="26"/>
                <w:szCs w:val="26"/>
              </w:rPr>
              <w:t xml:space="preserve">( </w:t>
            </w:r>
            <w:r w:rsidR="00C274AE" w:rsidRPr="00E00DA0">
              <w:rPr>
                <w:rFonts w:ascii="Times New Roman" w:eastAsia="Times New Roman Italic" w:hAnsi="Times New Roman" w:cs="Times New Roman"/>
                <w:b/>
                <w:i/>
                <w:color w:val="C00000"/>
                <w:sz w:val="26"/>
                <w:szCs w:val="26"/>
              </w:rPr>
              <w:t xml:space="preserve">5 </w:t>
            </w:r>
            <w:r w:rsidR="00343849" w:rsidRPr="00E00DA0">
              <w:rPr>
                <w:rFonts w:ascii="Times New Roman" w:eastAsia="Times New Roman Italic" w:hAnsi="Times New Roman" w:cs="Times New Roman"/>
                <w:b/>
                <w:i/>
                <w:color w:val="C00000"/>
                <w:sz w:val="26"/>
                <w:szCs w:val="26"/>
              </w:rPr>
              <w:t>phút)</w:t>
            </w:r>
          </w:p>
        </w:tc>
      </w:tr>
      <w:tr w:rsidR="004B3503" w:rsidRPr="00E00DA0" w:rsidTr="008522E9">
        <w:tc>
          <w:tcPr>
            <w:tcW w:w="4003" w:type="dxa"/>
          </w:tcPr>
          <w:p w:rsidR="004B3503" w:rsidRPr="00E00DA0" w:rsidRDefault="00D713CE" w:rsidP="004B3503">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a) Mục tiêu:</w:t>
            </w:r>
          </w:p>
        </w:tc>
        <w:tc>
          <w:tcPr>
            <w:tcW w:w="6337" w:type="dxa"/>
          </w:tcPr>
          <w:p w:rsidR="004B3503" w:rsidRPr="00E00DA0" w:rsidRDefault="004B3503" w:rsidP="00B07347">
            <w:pPr>
              <w:autoSpaceDE w:val="0"/>
              <w:autoSpaceDN w:val="0"/>
              <w:rPr>
                <w:rFonts w:ascii="Times New Roman" w:eastAsia="Times New Roman Bold" w:hAnsi="Times New Roman" w:cs="Times New Roman"/>
                <w:sz w:val="26"/>
                <w:szCs w:val="26"/>
              </w:rPr>
            </w:pPr>
          </w:p>
        </w:tc>
      </w:tr>
      <w:tr w:rsidR="00C7132A" w:rsidRPr="00E00DA0" w:rsidTr="008522E9">
        <w:tc>
          <w:tcPr>
            <w:tcW w:w="10340" w:type="dxa"/>
            <w:gridSpan w:val="2"/>
          </w:tcPr>
          <w:p w:rsidR="00C7132A" w:rsidRPr="00E00DA0" w:rsidRDefault="008901BA" w:rsidP="00B07347">
            <w:pPr>
              <w:autoSpaceDE w:val="0"/>
              <w:autoSpaceDN w:val="0"/>
              <w:rPr>
                <w:rFonts w:ascii="Times New Roman" w:eastAsia="Times New Roman Bold" w:hAnsi="Times New Roman" w:cs="Times New Roman"/>
                <w:sz w:val="26"/>
                <w:szCs w:val="26"/>
              </w:rPr>
            </w:pPr>
            <w:r w:rsidRPr="00E00DA0">
              <w:rPr>
                <w:rFonts w:ascii="Times New Roman" w:eastAsia="Times New Roman Bold" w:hAnsi="Times New Roman" w:cs="Times New Roman"/>
                <w:sz w:val="26"/>
                <w:szCs w:val="26"/>
              </w:rPr>
              <w:t>Tạo tâm thế, thu hút sự quan tâm chú ý của HS vào giải quyết vấn đề nhà ở của bài</w:t>
            </w:r>
          </w:p>
        </w:tc>
      </w:tr>
      <w:tr w:rsidR="00D713CE" w:rsidRPr="00E00DA0" w:rsidTr="008522E9">
        <w:tc>
          <w:tcPr>
            <w:tcW w:w="4003" w:type="dxa"/>
          </w:tcPr>
          <w:p w:rsidR="00D713CE" w:rsidRPr="00E00DA0" w:rsidRDefault="00220649" w:rsidP="004B3503">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b) Nội dung:</w:t>
            </w:r>
          </w:p>
        </w:tc>
        <w:tc>
          <w:tcPr>
            <w:tcW w:w="6337" w:type="dxa"/>
          </w:tcPr>
          <w:p w:rsidR="00D713CE" w:rsidRPr="00E00DA0" w:rsidRDefault="00D713CE" w:rsidP="00B07347">
            <w:pPr>
              <w:autoSpaceDE w:val="0"/>
              <w:autoSpaceDN w:val="0"/>
              <w:rPr>
                <w:rFonts w:ascii="Times New Roman" w:eastAsia="Times New Roman Bold" w:hAnsi="Times New Roman" w:cs="Times New Roman"/>
                <w:sz w:val="26"/>
                <w:szCs w:val="26"/>
              </w:rPr>
            </w:pPr>
          </w:p>
        </w:tc>
      </w:tr>
      <w:tr w:rsidR="00632777" w:rsidRPr="00E00DA0" w:rsidTr="008522E9">
        <w:tc>
          <w:tcPr>
            <w:tcW w:w="10340" w:type="dxa"/>
            <w:gridSpan w:val="2"/>
          </w:tcPr>
          <w:p w:rsidR="00070986" w:rsidRDefault="00070986" w:rsidP="00070986">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Quan sát hình 4.1, 4.2,4.3,4.4,4.5  Và cho biết</w:t>
            </w:r>
          </w:p>
          <w:p w:rsidR="00632777" w:rsidRDefault="00070986" w:rsidP="00070986">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 xml:space="preserve">? Tên các ngành nghề kinh tế ở tỉnh Bình Định thể hiện trong mỗi hình </w:t>
            </w:r>
          </w:p>
          <w:p w:rsidR="00070986" w:rsidRPr="00E00DA0" w:rsidRDefault="00070986" w:rsidP="00070986">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 Kể tên các ngàng nghề kinh tế khác ở Bình Định mà em biế</w:t>
            </w:r>
            <w:r w:rsidR="00AF6B14">
              <w:rPr>
                <w:rFonts w:ascii="Times New Roman" w:eastAsia="Times New Roman Bold" w:hAnsi="Times New Roman" w:cs="Times New Roman"/>
                <w:sz w:val="26"/>
                <w:szCs w:val="26"/>
              </w:rPr>
              <w:t>t?</w:t>
            </w:r>
          </w:p>
        </w:tc>
      </w:tr>
      <w:tr w:rsidR="00D713CE" w:rsidRPr="00E00DA0" w:rsidTr="008522E9">
        <w:tc>
          <w:tcPr>
            <w:tcW w:w="4003" w:type="dxa"/>
          </w:tcPr>
          <w:p w:rsidR="00D713CE" w:rsidRPr="00E00DA0" w:rsidRDefault="00220649" w:rsidP="004B3503">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c) Sản phẩm:</w:t>
            </w:r>
          </w:p>
        </w:tc>
        <w:tc>
          <w:tcPr>
            <w:tcW w:w="6337" w:type="dxa"/>
          </w:tcPr>
          <w:p w:rsidR="00D713CE" w:rsidRPr="00E00DA0" w:rsidRDefault="00D713CE" w:rsidP="00B07347">
            <w:pPr>
              <w:autoSpaceDE w:val="0"/>
              <w:autoSpaceDN w:val="0"/>
              <w:rPr>
                <w:rFonts w:ascii="Times New Roman" w:eastAsia="Times New Roman Bold" w:hAnsi="Times New Roman" w:cs="Times New Roman"/>
                <w:sz w:val="26"/>
                <w:szCs w:val="26"/>
              </w:rPr>
            </w:pPr>
          </w:p>
        </w:tc>
      </w:tr>
      <w:tr w:rsidR="00632777" w:rsidRPr="00E00DA0" w:rsidTr="008522E9">
        <w:tc>
          <w:tcPr>
            <w:tcW w:w="10340" w:type="dxa"/>
            <w:gridSpan w:val="2"/>
          </w:tcPr>
          <w:p w:rsidR="00AF6B14" w:rsidRDefault="008901BA" w:rsidP="00AF6B14">
            <w:pPr>
              <w:autoSpaceDE w:val="0"/>
              <w:autoSpaceDN w:val="0"/>
              <w:rPr>
                <w:rFonts w:ascii="Times New Roman" w:eastAsia="Times New Roman Bold" w:hAnsi="Times New Roman" w:cs="Times New Roman"/>
                <w:sz w:val="26"/>
                <w:szCs w:val="26"/>
              </w:rPr>
            </w:pPr>
            <w:r w:rsidRPr="00E00DA0">
              <w:rPr>
                <w:rFonts w:ascii="Times New Roman" w:eastAsia="Times New Roman Bold" w:hAnsi="Times New Roman" w:cs="Times New Roman"/>
                <w:sz w:val="26"/>
                <w:szCs w:val="26"/>
              </w:rPr>
              <w:t xml:space="preserve">Các câu trả lời của Hs về </w:t>
            </w:r>
          </w:p>
          <w:p w:rsidR="00AF6B14" w:rsidRDefault="00AF6B14" w:rsidP="00AF6B14">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 xml:space="preserve">Tên các ngành nghề kinh tế ở tỉnh Bình Định thể hiện trong mỗi hình </w:t>
            </w:r>
          </w:p>
          <w:p w:rsidR="00632777" w:rsidRPr="00E00DA0" w:rsidRDefault="00AF6B14" w:rsidP="00AF6B14">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Kể tên các ngàng nghề kinh tế khác ở Bình Định mà em biết</w:t>
            </w:r>
          </w:p>
        </w:tc>
      </w:tr>
      <w:tr w:rsidR="00D713CE" w:rsidRPr="00E00DA0" w:rsidTr="008522E9">
        <w:tc>
          <w:tcPr>
            <w:tcW w:w="4003" w:type="dxa"/>
          </w:tcPr>
          <w:p w:rsidR="00D713CE" w:rsidRPr="00E00DA0" w:rsidRDefault="00220649" w:rsidP="004B3503">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d) Tổ chức thực hiện:</w:t>
            </w:r>
          </w:p>
        </w:tc>
        <w:tc>
          <w:tcPr>
            <w:tcW w:w="6337" w:type="dxa"/>
          </w:tcPr>
          <w:p w:rsidR="00D713CE" w:rsidRPr="00E00DA0" w:rsidRDefault="00D713CE" w:rsidP="00B07347">
            <w:pPr>
              <w:autoSpaceDE w:val="0"/>
              <w:autoSpaceDN w:val="0"/>
              <w:rPr>
                <w:rFonts w:ascii="Times New Roman" w:eastAsia="Times New Roman Bold" w:hAnsi="Times New Roman" w:cs="Times New Roman"/>
                <w:sz w:val="26"/>
                <w:szCs w:val="26"/>
              </w:rPr>
            </w:pPr>
          </w:p>
        </w:tc>
      </w:tr>
      <w:tr w:rsidR="00796C25" w:rsidRPr="00E00DA0" w:rsidTr="008522E9">
        <w:tc>
          <w:tcPr>
            <w:tcW w:w="10340" w:type="dxa"/>
            <w:gridSpan w:val="2"/>
          </w:tcPr>
          <w:p w:rsidR="00796C25" w:rsidRPr="00E00DA0" w:rsidRDefault="00337142" w:rsidP="001C3592">
            <w:pPr>
              <w:autoSpaceDE w:val="0"/>
              <w:autoSpaceDN w:val="0"/>
              <w:rPr>
                <w:rFonts w:ascii="Times New Roman" w:eastAsia="Times New Roman Bold" w:hAnsi="Times New Roman" w:cs="Times New Roman"/>
                <w:b/>
                <w:sz w:val="26"/>
                <w:szCs w:val="26"/>
              </w:rPr>
            </w:pPr>
            <w:r w:rsidRPr="00E00DA0">
              <w:rPr>
                <w:rFonts w:ascii="Times New Roman" w:hAnsi="Times New Roman" w:cs="Times New Roman"/>
                <w:b/>
                <w:sz w:val="26"/>
                <w:szCs w:val="26"/>
              </w:rPr>
              <w:t>Giao nhiệm vụ học tập:</w:t>
            </w:r>
            <w:r w:rsidR="009056D9" w:rsidRPr="00E00DA0">
              <w:rPr>
                <w:rFonts w:ascii="Times New Roman" w:hAnsi="Times New Roman" w:cs="Times New Roman"/>
                <w:b/>
                <w:sz w:val="26"/>
                <w:szCs w:val="26"/>
              </w:rPr>
              <w:t xml:space="preserve"> giao cho học sinh (đọc/nghe/nhìn/làm)</w:t>
            </w:r>
          </w:p>
        </w:tc>
      </w:tr>
      <w:tr w:rsidR="00337142" w:rsidRPr="00E00DA0" w:rsidTr="008522E9">
        <w:tc>
          <w:tcPr>
            <w:tcW w:w="10340" w:type="dxa"/>
            <w:gridSpan w:val="2"/>
          </w:tcPr>
          <w:p w:rsidR="00337142" w:rsidRPr="00E00DA0" w:rsidRDefault="00275463" w:rsidP="00AF6B14">
            <w:pPr>
              <w:autoSpaceDE w:val="0"/>
              <w:autoSpaceDN w:val="0"/>
              <w:rPr>
                <w:rFonts w:ascii="Times New Roman" w:hAnsi="Times New Roman" w:cs="Times New Roman"/>
                <w:sz w:val="26"/>
                <w:szCs w:val="26"/>
              </w:rPr>
            </w:pPr>
            <w:r w:rsidRPr="00E00DA0">
              <w:rPr>
                <w:rFonts w:ascii="Times New Roman" w:hAnsi="Times New Roman" w:cs="Times New Roman"/>
                <w:color w:val="000000"/>
                <w:sz w:val="26"/>
                <w:szCs w:val="26"/>
              </w:rPr>
              <w:t>Quan sát các hình ảnh và đọc thông tin sách giáo khoa, cho biết các nội dung chính của bài là gì</w:t>
            </w:r>
          </w:p>
        </w:tc>
      </w:tr>
      <w:tr w:rsidR="00E23D4E" w:rsidRPr="00E00DA0" w:rsidTr="008522E9">
        <w:tc>
          <w:tcPr>
            <w:tcW w:w="10340" w:type="dxa"/>
            <w:gridSpan w:val="2"/>
          </w:tcPr>
          <w:p w:rsidR="00E23D4E" w:rsidRDefault="00E23D4E" w:rsidP="00E23D4E">
            <w:pPr>
              <w:ind w:left="720"/>
              <w:jc w:val="both"/>
              <w:rPr>
                <w:rFonts w:ascii="Times New Roman" w:hAnsi="Times New Roman"/>
                <w:lang w:val="nl-NL"/>
              </w:rPr>
            </w:pPr>
            <w:r w:rsidRPr="009169C0">
              <w:rPr>
                <w:rFonts w:ascii="Times New Roman" w:hAnsi="Times New Roman"/>
                <w:b/>
                <w:lang w:val="nl-NL"/>
              </w:rPr>
              <w:t>GV</w:t>
            </w:r>
            <w:r w:rsidRPr="009169C0">
              <w:rPr>
                <w:rFonts w:ascii="Times New Roman" w:hAnsi="Times New Roman"/>
                <w:lang w:val="nl-NL"/>
              </w:rPr>
              <w:t xml:space="preserve"> đưa ra một số hình ảnh và nêu câu hỏi và yêu cầu học sinh suy nghỉ và trả lời:</w:t>
            </w:r>
          </w:p>
          <w:p w:rsidR="00E23D4E" w:rsidRDefault="00E23D4E" w:rsidP="00E23D4E">
            <w:pPr>
              <w:ind w:left="720"/>
              <w:jc w:val="both"/>
              <w:rPr>
                <w:rFonts w:ascii="Times New Roman" w:hAnsi="Times New Roman"/>
                <w:lang w:val="nl-NL"/>
              </w:rPr>
            </w:pPr>
          </w:p>
          <w:p w:rsidR="00E23D4E" w:rsidRDefault="00E23D4E" w:rsidP="00E23D4E">
            <w:pPr>
              <w:ind w:left="720"/>
              <w:jc w:val="both"/>
              <w:rPr>
                <w:rFonts w:ascii="Times New Roman" w:hAnsi="Times New Roman"/>
                <w:lang w:val="nl-NL"/>
              </w:rPr>
            </w:pPr>
          </w:p>
          <w:p w:rsidR="00E23D4E" w:rsidRPr="009169C0" w:rsidRDefault="00E23D4E" w:rsidP="00E23D4E">
            <w:pPr>
              <w:ind w:left="720"/>
              <w:jc w:val="both"/>
              <w:rPr>
                <w:rFonts w:ascii="Times New Roman" w:hAnsi="Times New Roman"/>
                <w:lang w:val="nl-NL"/>
              </w:rPr>
            </w:pPr>
            <w:r>
              <w:rPr>
                <w:noProof/>
              </w:rPr>
              <w:drawing>
                <wp:anchor distT="0" distB="0" distL="114300" distR="114300" simplePos="0" relativeHeight="251659264" behindDoc="0" locked="0" layoutInCell="1" allowOverlap="1">
                  <wp:simplePos x="0" y="0"/>
                  <wp:positionH relativeFrom="column">
                    <wp:posOffset>661670</wp:posOffset>
                  </wp:positionH>
                  <wp:positionV relativeFrom="paragraph">
                    <wp:posOffset>127000</wp:posOffset>
                  </wp:positionV>
                  <wp:extent cx="1688465" cy="117030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46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2672715</wp:posOffset>
                  </wp:positionH>
                  <wp:positionV relativeFrom="paragraph">
                    <wp:posOffset>132715</wp:posOffset>
                  </wp:positionV>
                  <wp:extent cx="1679575" cy="11645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957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D4E" w:rsidRPr="009169C0" w:rsidRDefault="00E23D4E" w:rsidP="00E23D4E">
            <w:pPr>
              <w:ind w:left="720"/>
              <w:jc w:val="both"/>
              <w:rPr>
                <w:rFonts w:ascii="Times New Roman" w:hAnsi="Times New Roman"/>
                <w:lang w:val="nl-NL"/>
              </w:rPr>
            </w:pPr>
            <w:r>
              <w:rPr>
                <w:noProof/>
              </w:rPr>
              <w:drawing>
                <wp:anchor distT="0" distB="0" distL="114300" distR="114300" simplePos="0" relativeHeight="251661312" behindDoc="0" locked="0" layoutInCell="1" allowOverlap="1">
                  <wp:simplePos x="0" y="0"/>
                  <wp:positionH relativeFrom="column">
                    <wp:posOffset>4812665</wp:posOffset>
                  </wp:positionH>
                  <wp:positionV relativeFrom="paragraph">
                    <wp:posOffset>0</wp:posOffset>
                  </wp:positionV>
                  <wp:extent cx="1679575" cy="11645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957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D4E" w:rsidRPr="009169C0" w:rsidRDefault="00E23D4E" w:rsidP="00E23D4E">
            <w:pPr>
              <w:ind w:left="720"/>
              <w:jc w:val="both"/>
              <w:rPr>
                <w:rFonts w:ascii="Times New Roman" w:hAnsi="Times New Roman"/>
                <w:lang w:val="nl-NL"/>
              </w:rPr>
            </w:pPr>
          </w:p>
          <w:p w:rsidR="00E23D4E" w:rsidRPr="009169C0" w:rsidRDefault="00E23D4E" w:rsidP="00E23D4E">
            <w:pPr>
              <w:ind w:left="720"/>
              <w:jc w:val="both"/>
              <w:rPr>
                <w:rFonts w:ascii="Times New Roman" w:hAnsi="Times New Roman"/>
                <w:lang w:val="nl-NL"/>
              </w:rPr>
            </w:pPr>
          </w:p>
          <w:p w:rsidR="00E23D4E" w:rsidRPr="009169C0" w:rsidRDefault="00E23D4E" w:rsidP="00E23D4E">
            <w:pPr>
              <w:ind w:left="720"/>
              <w:jc w:val="both"/>
              <w:rPr>
                <w:rFonts w:ascii="Times New Roman" w:hAnsi="Times New Roman"/>
                <w:lang w:val="nl-NL"/>
              </w:rPr>
            </w:pPr>
          </w:p>
          <w:p w:rsidR="00E23D4E" w:rsidRPr="009169C0" w:rsidRDefault="00E23D4E" w:rsidP="00E23D4E">
            <w:pPr>
              <w:ind w:left="720"/>
              <w:jc w:val="both"/>
              <w:rPr>
                <w:rFonts w:ascii="Times New Roman" w:hAnsi="Times New Roman"/>
                <w:lang w:val="nl-NL"/>
              </w:rPr>
            </w:pPr>
          </w:p>
          <w:p w:rsidR="00E23D4E" w:rsidRPr="009169C0" w:rsidRDefault="00E23D4E" w:rsidP="00E23D4E">
            <w:pPr>
              <w:ind w:left="720"/>
              <w:jc w:val="both"/>
              <w:rPr>
                <w:rFonts w:ascii="Times New Roman" w:hAnsi="Times New Roman"/>
                <w:lang w:val="nl-NL"/>
              </w:rPr>
            </w:pPr>
          </w:p>
          <w:p w:rsidR="00E23D4E" w:rsidRPr="009169C0" w:rsidRDefault="00E23D4E" w:rsidP="00E23D4E">
            <w:pPr>
              <w:ind w:left="720"/>
              <w:jc w:val="both"/>
              <w:rPr>
                <w:rFonts w:ascii="Times New Roman" w:hAnsi="Times New Roman"/>
                <w:lang w:val="nl-NL"/>
              </w:rPr>
            </w:pPr>
            <w:r>
              <w:rPr>
                <w:noProof/>
              </w:rPr>
              <w:drawing>
                <wp:anchor distT="0" distB="0" distL="114300" distR="114300" simplePos="0" relativeHeight="251662336" behindDoc="0" locked="0" layoutInCell="1" allowOverlap="1">
                  <wp:simplePos x="0" y="0"/>
                  <wp:positionH relativeFrom="column">
                    <wp:posOffset>661670</wp:posOffset>
                  </wp:positionH>
                  <wp:positionV relativeFrom="paragraph">
                    <wp:posOffset>26035</wp:posOffset>
                  </wp:positionV>
                  <wp:extent cx="1688465" cy="117030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46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2663825</wp:posOffset>
                  </wp:positionH>
                  <wp:positionV relativeFrom="paragraph">
                    <wp:posOffset>85725</wp:posOffset>
                  </wp:positionV>
                  <wp:extent cx="1688465" cy="117030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46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4806950</wp:posOffset>
                  </wp:positionH>
                  <wp:positionV relativeFrom="paragraph">
                    <wp:posOffset>85725</wp:posOffset>
                  </wp:positionV>
                  <wp:extent cx="1685290" cy="1170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29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D4E" w:rsidRPr="009169C0" w:rsidRDefault="00E23D4E" w:rsidP="00E23D4E">
            <w:pPr>
              <w:pStyle w:val="NoSpacing"/>
              <w:ind w:left="720"/>
              <w:rPr>
                <w:rFonts w:ascii="Times New Roman" w:hAnsi="Times New Roman"/>
                <w:b/>
                <w:sz w:val="26"/>
                <w:szCs w:val="26"/>
                <w:lang w:val="nl-NL"/>
              </w:rPr>
            </w:pPr>
          </w:p>
          <w:p w:rsidR="00E23D4E" w:rsidRDefault="00E23D4E" w:rsidP="00E23D4E">
            <w:pPr>
              <w:ind w:left="720"/>
              <w:rPr>
                <w:lang w:val="nl-NL"/>
              </w:rPr>
            </w:pPr>
          </w:p>
          <w:p w:rsidR="00E23D4E" w:rsidRDefault="00E23D4E" w:rsidP="00E23D4E">
            <w:pPr>
              <w:ind w:left="720"/>
              <w:rPr>
                <w:lang w:val="nl-NL"/>
              </w:rPr>
            </w:pPr>
          </w:p>
          <w:p w:rsidR="00E23D4E" w:rsidRDefault="00E23D4E" w:rsidP="00E23D4E">
            <w:pPr>
              <w:ind w:left="720"/>
              <w:rPr>
                <w:lang w:val="nl-NL"/>
              </w:rPr>
            </w:pPr>
          </w:p>
          <w:p w:rsidR="00E23D4E" w:rsidRPr="009169C0" w:rsidRDefault="00E23D4E" w:rsidP="00E23D4E">
            <w:pPr>
              <w:ind w:left="720"/>
              <w:rPr>
                <w:lang w:val="nl-NL"/>
              </w:rPr>
            </w:pPr>
          </w:p>
          <w:p w:rsidR="00E23D4E" w:rsidRDefault="00E23D4E" w:rsidP="00E23D4E">
            <w:pPr>
              <w:pStyle w:val="NoSpacing"/>
              <w:ind w:left="720"/>
              <w:rPr>
                <w:rFonts w:ascii="Times New Roman" w:hAnsi="Times New Roman"/>
                <w:sz w:val="26"/>
                <w:szCs w:val="26"/>
                <w:lang w:val="nl-NL"/>
              </w:rPr>
            </w:pPr>
          </w:p>
          <w:p w:rsidR="00E23D4E" w:rsidRDefault="00E23D4E" w:rsidP="00E23D4E">
            <w:pPr>
              <w:pStyle w:val="NoSpacing"/>
              <w:ind w:left="720"/>
              <w:rPr>
                <w:rFonts w:ascii="Times New Roman" w:hAnsi="Times New Roman"/>
                <w:sz w:val="26"/>
                <w:szCs w:val="26"/>
                <w:lang w:val="nl-NL"/>
              </w:rPr>
            </w:pPr>
          </w:p>
          <w:p w:rsidR="00E23D4E" w:rsidRPr="009169C0" w:rsidRDefault="00E23D4E" w:rsidP="00E23D4E">
            <w:pPr>
              <w:pStyle w:val="NoSpacing"/>
              <w:ind w:left="720"/>
              <w:rPr>
                <w:rFonts w:ascii="Times New Roman" w:hAnsi="Times New Roman"/>
                <w:sz w:val="26"/>
                <w:szCs w:val="26"/>
                <w:lang w:val="nl-NL"/>
              </w:rPr>
            </w:pPr>
            <w:r w:rsidRPr="009169C0">
              <w:rPr>
                <w:rFonts w:ascii="Times New Roman" w:hAnsi="Times New Roman"/>
                <w:sz w:val="26"/>
                <w:szCs w:val="26"/>
                <w:lang w:val="nl-NL"/>
              </w:rPr>
              <w:t>Câu 1: Hãy cho biết các ngành nghề kinh tế ở Bình Định được thể hiện trong mỗi hình</w:t>
            </w:r>
          </w:p>
          <w:p w:rsidR="00E23D4E" w:rsidRPr="009169C0" w:rsidRDefault="00E23D4E" w:rsidP="00E23D4E">
            <w:pPr>
              <w:pStyle w:val="NoSpacing"/>
              <w:ind w:left="720"/>
              <w:rPr>
                <w:rFonts w:ascii="Times New Roman" w:hAnsi="Times New Roman"/>
                <w:sz w:val="26"/>
                <w:szCs w:val="26"/>
                <w:lang w:val="nl-NL"/>
              </w:rPr>
            </w:pPr>
            <w:r w:rsidRPr="009169C0">
              <w:rPr>
                <w:rFonts w:ascii="Times New Roman" w:hAnsi="Times New Roman"/>
                <w:sz w:val="26"/>
                <w:szCs w:val="26"/>
                <w:lang w:val="nl-NL"/>
              </w:rPr>
              <w:t xml:space="preserve">Câu 2: </w:t>
            </w:r>
            <w:r w:rsidRPr="009169C0">
              <w:rPr>
                <w:rFonts w:ascii="Times New Roman" w:hAnsi="Times New Roman"/>
                <w:w w:val="105"/>
                <w:sz w:val="26"/>
                <w:szCs w:val="26"/>
                <w:lang w:val="nl-NL"/>
              </w:rPr>
              <w:t>Kể</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tên</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các</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ngành,</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nghề</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kinh</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tế</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khác</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ở</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Bình</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Định</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mà</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em</w:t>
            </w:r>
            <w:r w:rsidRPr="009169C0">
              <w:rPr>
                <w:rFonts w:ascii="Times New Roman" w:hAnsi="Times New Roman"/>
                <w:spacing w:val="-3"/>
                <w:w w:val="105"/>
                <w:sz w:val="26"/>
                <w:szCs w:val="26"/>
                <w:lang w:val="nl-NL"/>
              </w:rPr>
              <w:t xml:space="preserve"> </w:t>
            </w:r>
            <w:r w:rsidRPr="009169C0">
              <w:rPr>
                <w:rFonts w:ascii="Times New Roman" w:hAnsi="Times New Roman"/>
                <w:w w:val="105"/>
                <w:sz w:val="26"/>
                <w:szCs w:val="26"/>
                <w:lang w:val="nl-NL"/>
              </w:rPr>
              <w:t>biết</w:t>
            </w:r>
          </w:p>
          <w:p w:rsidR="00E23D4E" w:rsidRPr="00E00DA0" w:rsidRDefault="00E23D4E" w:rsidP="00AF6B14">
            <w:pPr>
              <w:autoSpaceDE w:val="0"/>
              <w:autoSpaceDN w:val="0"/>
              <w:rPr>
                <w:rFonts w:ascii="Times New Roman" w:hAnsi="Times New Roman" w:cs="Times New Roman"/>
                <w:color w:val="000000"/>
                <w:sz w:val="26"/>
                <w:szCs w:val="26"/>
              </w:rPr>
            </w:pPr>
          </w:p>
        </w:tc>
      </w:tr>
      <w:tr w:rsidR="00337142" w:rsidRPr="00E00DA0" w:rsidTr="008522E9">
        <w:tc>
          <w:tcPr>
            <w:tcW w:w="10340" w:type="dxa"/>
            <w:gridSpan w:val="2"/>
          </w:tcPr>
          <w:p w:rsidR="00337142" w:rsidRPr="00E00DA0" w:rsidRDefault="00337142" w:rsidP="001C3592">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lastRenderedPageBreak/>
              <w:t>Thực hiện nhiệm vụ (học sinh thực hiện; giáo viên theo dõi, hỗ trợ):</w:t>
            </w:r>
          </w:p>
        </w:tc>
      </w:tr>
      <w:tr w:rsidR="00337142" w:rsidRPr="00E00DA0" w:rsidTr="008522E9">
        <w:tc>
          <w:tcPr>
            <w:tcW w:w="10340" w:type="dxa"/>
            <w:gridSpan w:val="2"/>
          </w:tcPr>
          <w:p w:rsidR="00892061" w:rsidRPr="00E00DA0" w:rsidRDefault="00EA7FAD" w:rsidP="00892061">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 xml:space="preserve">HS thực hiện quan sát, trao đổi nhóm, trả lời câu hỏi: </w:t>
            </w:r>
          </w:p>
          <w:p w:rsidR="00337142" w:rsidRPr="00E00DA0" w:rsidRDefault="00EA7FAD" w:rsidP="00892061">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GV theo dõi, hỗ trợ HS khi gặp khó khăn</w:t>
            </w:r>
          </w:p>
        </w:tc>
      </w:tr>
      <w:tr w:rsidR="00337142" w:rsidRPr="00E00DA0" w:rsidTr="008522E9">
        <w:tc>
          <w:tcPr>
            <w:tcW w:w="10340" w:type="dxa"/>
            <w:gridSpan w:val="2"/>
          </w:tcPr>
          <w:p w:rsidR="00337142" w:rsidRPr="00E00DA0" w:rsidRDefault="00337142" w:rsidP="001C3592">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Báo cáo, thảo luận (giáo viên tổ chức, điều hành; học sinh báo cáo, thảo luận):</w:t>
            </w:r>
          </w:p>
        </w:tc>
      </w:tr>
      <w:tr w:rsidR="00337142" w:rsidRPr="00E00DA0" w:rsidTr="008522E9">
        <w:tc>
          <w:tcPr>
            <w:tcW w:w="10340" w:type="dxa"/>
            <w:gridSpan w:val="2"/>
          </w:tcPr>
          <w:p w:rsidR="00EA7FAD" w:rsidRPr="00E00DA0" w:rsidRDefault="00EA7FAD" w:rsidP="00EA7FAD">
            <w:pPr>
              <w:spacing w:line="288" w:lineRule="auto"/>
              <w:rPr>
                <w:rFonts w:ascii="Times New Roman" w:hAnsi="Times New Roman" w:cs="Times New Roman"/>
                <w:sz w:val="26"/>
                <w:szCs w:val="26"/>
              </w:rPr>
            </w:pPr>
            <w:r w:rsidRPr="00E00DA0">
              <w:rPr>
                <w:rFonts w:ascii="Times New Roman" w:hAnsi="Times New Roman" w:cs="Times New Roman"/>
                <w:sz w:val="26"/>
                <w:szCs w:val="26"/>
              </w:rPr>
              <w:t xml:space="preserve">GV yêu cầu đại diện nhóm trình bày, nhóm khác nhận xét và bổ sung. </w:t>
            </w:r>
          </w:p>
          <w:p w:rsidR="00337142" w:rsidRPr="00E00DA0" w:rsidRDefault="00EA7FAD" w:rsidP="00EA7FAD">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Đại diện nhóm trình bày, nhóm khác nhận xét và bổ sung.</w:t>
            </w:r>
          </w:p>
        </w:tc>
      </w:tr>
      <w:tr w:rsidR="00337142" w:rsidRPr="00E00DA0" w:rsidTr="008522E9">
        <w:tc>
          <w:tcPr>
            <w:tcW w:w="10340" w:type="dxa"/>
            <w:gridSpan w:val="2"/>
          </w:tcPr>
          <w:p w:rsidR="00337142" w:rsidRPr="00E00DA0" w:rsidRDefault="00337142" w:rsidP="001C3592">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Kết luận, nhận định:</w:t>
            </w:r>
          </w:p>
        </w:tc>
      </w:tr>
      <w:tr w:rsidR="00337142" w:rsidRPr="00E00DA0" w:rsidTr="008522E9">
        <w:tc>
          <w:tcPr>
            <w:tcW w:w="10340" w:type="dxa"/>
            <w:gridSpan w:val="2"/>
          </w:tcPr>
          <w:p w:rsidR="00100C55" w:rsidRPr="00E00DA0" w:rsidRDefault="00100C55" w:rsidP="00100C55">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Phân tích cụ thể về sản phẩm học tập mà học sinh</w:t>
            </w:r>
          </w:p>
          <w:p w:rsidR="00B665DB" w:rsidRPr="00E00DA0" w:rsidRDefault="00100C55" w:rsidP="00100C55">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Làm rõ các nội dung/vấn đề cần giải quyết/giải thích và nhiệm vụ học tập mà học sinh phải thực hiện tiếp</w:t>
            </w:r>
            <w:r w:rsidRPr="00E00DA0">
              <w:rPr>
                <w:rFonts w:ascii="Times New Roman" w:hAnsi="Times New Roman" w:cs="Times New Roman"/>
                <w:spacing w:val="-3"/>
                <w:sz w:val="26"/>
                <w:szCs w:val="26"/>
              </w:rPr>
              <w:t xml:space="preserve"> </w:t>
            </w:r>
            <w:r w:rsidRPr="00E00DA0">
              <w:rPr>
                <w:rFonts w:ascii="Times New Roman" w:hAnsi="Times New Roman" w:cs="Times New Roman"/>
                <w:sz w:val="26"/>
                <w:szCs w:val="26"/>
              </w:rPr>
              <w:t>theo</w:t>
            </w:r>
          </w:p>
        </w:tc>
      </w:tr>
      <w:tr w:rsidR="00220649" w:rsidRPr="00E00DA0" w:rsidTr="008522E9">
        <w:tc>
          <w:tcPr>
            <w:tcW w:w="10340" w:type="dxa"/>
            <w:gridSpan w:val="2"/>
          </w:tcPr>
          <w:p w:rsidR="00662471" w:rsidRPr="00E00DA0" w:rsidRDefault="00220649" w:rsidP="00662471">
            <w:pPr>
              <w:tabs>
                <w:tab w:val="left" w:pos="720"/>
              </w:tabs>
              <w:autoSpaceDE w:val="0"/>
              <w:autoSpaceDN w:val="0"/>
              <w:spacing w:before="128" w:line="282" w:lineRule="exact"/>
              <w:rPr>
                <w:rFonts w:ascii="Times New Roman" w:eastAsia="Times New Roman Bold" w:hAnsi="Times New Roman" w:cs="Times New Roman"/>
                <w:b/>
                <w:sz w:val="26"/>
                <w:szCs w:val="26"/>
              </w:rPr>
            </w:pPr>
            <w:r w:rsidRPr="00E00DA0">
              <w:rPr>
                <w:rFonts w:ascii="Times New Roman" w:eastAsia="Times New Roman Bold" w:hAnsi="Times New Roman" w:cs="Times New Roman"/>
                <w:b/>
                <w:sz w:val="26"/>
                <w:szCs w:val="26"/>
              </w:rPr>
              <w:t>2. Hoạt động 2: Hình thành kiến thức mới/giải quyết vấn đề/thực thi nhiệm vụ đặt ra từ</w:t>
            </w:r>
          </w:p>
          <w:p w:rsidR="00220649" w:rsidRPr="00E00DA0" w:rsidRDefault="00E30D9D" w:rsidP="00A408FF">
            <w:pPr>
              <w:tabs>
                <w:tab w:val="left" w:pos="720"/>
              </w:tabs>
              <w:autoSpaceDE w:val="0"/>
              <w:autoSpaceDN w:val="0"/>
              <w:spacing w:before="128" w:line="282" w:lineRule="exact"/>
              <w:rPr>
                <w:rFonts w:ascii="Times New Roman" w:hAnsi="Times New Roman" w:cs="Times New Roman"/>
                <w:sz w:val="26"/>
                <w:szCs w:val="26"/>
              </w:rPr>
            </w:pPr>
            <w:r w:rsidRPr="00E00DA0">
              <w:rPr>
                <w:rFonts w:ascii="Times New Roman" w:eastAsia="Times New Roman Bold" w:hAnsi="Times New Roman" w:cs="Times New Roman"/>
                <w:b/>
                <w:sz w:val="26"/>
                <w:szCs w:val="26"/>
              </w:rPr>
              <w:t xml:space="preserve">Hoạt động </w:t>
            </w:r>
            <w:r w:rsidR="00662471" w:rsidRPr="00E00DA0">
              <w:rPr>
                <w:rFonts w:ascii="Times New Roman" w:eastAsia="Times New Roman Bold" w:hAnsi="Times New Roman" w:cs="Times New Roman"/>
                <w:b/>
                <w:sz w:val="26"/>
                <w:szCs w:val="26"/>
              </w:rPr>
              <w:t>1</w:t>
            </w:r>
            <w:r w:rsidR="00775606" w:rsidRPr="00E00DA0">
              <w:rPr>
                <w:rFonts w:ascii="Times New Roman" w:eastAsia="Times New Roman Bold" w:hAnsi="Times New Roman" w:cs="Times New Roman"/>
                <w:b/>
                <w:sz w:val="26"/>
                <w:szCs w:val="26"/>
              </w:rPr>
              <w:t xml:space="preserve"> </w:t>
            </w:r>
            <w:r w:rsidR="00220649" w:rsidRPr="00E00DA0">
              <w:rPr>
                <w:rFonts w:ascii="Times New Roman" w:eastAsia="Times New Roman Italic" w:hAnsi="Times New Roman" w:cs="Times New Roman"/>
                <w:i/>
                <w:sz w:val="26"/>
                <w:szCs w:val="26"/>
              </w:rPr>
              <w:t>(Ghi rõ tên thể hiện kết quả hoạt động) [dự kiến thời gian]</w:t>
            </w:r>
            <w:r w:rsidRPr="00E00DA0">
              <w:rPr>
                <w:rFonts w:ascii="Times New Roman" w:eastAsia="Times New Roman Italic" w:hAnsi="Times New Roman" w:cs="Times New Roman"/>
                <w:b/>
                <w:i/>
                <w:color w:val="C00000"/>
                <w:sz w:val="26"/>
                <w:szCs w:val="26"/>
              </w:rPr>
              <w:t xml:space="preserve"> (</w:t>
            </w:r>
            <w:r w:rsidR="00AB409E" w:rsidRPr="00E00DA0">
              <w:rPr>
                <w:rFonts w:ascii="Times New Roman" w:eastAsia="Times New Roman Italic" w:hAnsi="Times New Roman" w:cs="Times New Roman"/>
                <w:b/>
                <w:i/>
                <w:color w:val="C00000"/>
                <w:sz w:val="26"/>
                <w:szCs w:val="26"/>
              </w:rPr>
              <w:t xml:space="preserve"> </w:t>
            </w:r>
            <w:r w:rsidR="00A408FF">
              <w:rPr>
                <w:rFonts w:ascii="Times New Roman" w:eastAsia="Times New Roman Italic" w:hAnsi="Times New Roman" w:cs="Times New Roman"/>
                <w:b/>
                <w:i/>
                <w:color w:val="C00000"/>
                <w:sz w:val="26"/>
                <w:szCs w:val="26"/>
              </w:rPr>
              <w:t>205</w:t>
            </w:r>
            <w:r w:rsidRPr="00E00DA0">
              <w:rPr>
                <w:rFonts w:ascii="Times New Roman" w:eastAsia="Times New Roman Italic" w:hAnsi="Times New Roman" w:cs="Times New Roman"/>
                <w:b/>
                <w:i/>
                <w:color w:val="C00000"/>
                <w:sz w:val="26"/>
                <w:szCs w:val="26"/>
              </w:rPr>
              <w:t xml:space="preserve"> phút)</w:t>
            </w:r>
          </w:p>
        </w:tc>
      </w:tr>
      <w:tr w:rsidR="00D713CE" w:rsidRPr="00E00DA0" w:rsidTr="008522E9">
        <w:tc>
          <w:tcPr>
            <w:tcW w:w="4003" w:type="dxa"/>
          </w:tcPr>
          <w:p w:rsidR="00D713CE" w:rsidRPr="00E00DA0" w:rsidRDefault="00220649" w:rsidP="004B3503">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a) Mục tiêu:</w:t>
            </w:r>
          </w:p>
        </w:tc>
        <w:tc>
          <w:tcPr>
            <w:tcW w:w="6337" w:type="dxa"/>
          </w:tcPr>
          <w:p w:rsidR="00D713CE" w:rsidRPr="00E00DA0" w:rsidRDefault="00D713CE" w:rsidP="00B07347">
            <w:pPr>
              <w:autoSpaceDE w:val="0"/>
              <w:autoSpaceDN w:val="0"/>
              <w:rPr>
                <w:rFonts w:ascii="Times New Roman" w:eastAsia="Times New Roman Bold" w:hAnsi="Times New Roman" w:cs="Times New Roman"/>
                <w:sz w:val="26"/>
                <w:szCs w:val="26"/>
              </w:rPr>
            </w:pPr>
          </w:p>
        </w:tc>
      </w:tr>
      <w:tr w:rsidR="00632777" w:rsidRPr="00E00DA0" w:rsidTr="008522E9">
        <w:tc>
          <w:tcPr>
            <w:tcW w:w="10340" w:type="dxa"/>
            <w:gridSpan w:val="2"/>
          </w:tcPr>
          <w:p w:rsidR="00AF6B14" w:rsidRDefault="00AF6B14" w:rsidP="00AF6B14">
            <w:pPr>
              <w:spacing w:line="288" w:lineRule="auto"/>
              <w:rPr>
                <w:rFonts w:ascii="Times New Roman" w:hAnsi="Times New Roman" w:cs="Times New Roman"/>
                <w:sz w:val="26"/>
                <w:szCs w:val="26"/>
              </w:rPr>
            </w:pPr>
            <w:r>
              <w:rPr>
                <w:rFonts w:ascii="Times New Roman" w:hAnsi="Times New Roman" w:cs="Times New Roman"/>
                <w:sz w:val="26"/>
                <w:szCs w:val="26"/>
              </w:rPr>
              <w:t>- Kể tên một số ngành, nghề kinh tế ở Bình Định và nêu đặc điểm cơ bản của một số ngành nghề kinh tế mũi nhọn của Bình Định</w:t>
            </w:r>
          </w:p>
          <w:p w:rsidR="00AF6B14" w:rsidRDefault="00AF6B14" w:rsidP="00AF6B14">
            <w:pPr>
              <w:spacing w:line="288" w:lineRule="auto"/>
              <w:rPr>
                <w:rFonts w:ascii="Times New Roman" w:hAnsi="Times New Roman" w:cs="Times New Roman"/>
                <w:sz w:val="26"/>
                <w:szCs w:val="26"/>
              </w:rPr>
            </w:pPr>
            <w:r>
              <w:rPr>
                <w:rFonts w:ascii="Times New Roman" w:hAnsi="Times New Roman" w:cs="Times New Roman"/>
                <w:sz w:val="26"/>
                <w:szCs w:val="26"/>
              </w:rPr>
              <w:t>- Trình bày được những thuận lợi và khó khăn để phát triển các ngành kinh tế ở Bình Định</w:t>
            </w:r>
          </w:p>
          <w:p w:rsidR="00632777" w:rsidRPr="00E00DA0" w:rsidRDefault="00AF6B14" w:rsidP="00AF6B14">
            <w:pPr>
              <w:autoSpaceDE w:val="0"/>
              <w:autoSpaceDN w:val="0"/>
              <w:rPr>
                <w:rFonts w:ascii="Times New Roman" w:eastAsia="Times New Roman Bold" w:hAnsi="Times New Roman" w:cs="Times New Roman"/>
                <w:sz w:val="26"/>
                <w:szCs w:val="26"/>
              </w:rPr>
            </w:pPr>
            <w:r>
              <w:rPr>
                <w:rFonts w:ascii="Times New Roman" w:hAnsi="Times New Roman" w:cs="Times New Roman"/>
                <w:sz w:val="26"/>
                <w:szCs w:val="26"/>
              </w:rPr>
              <w:t>- Biết liên hệ thực tế để giới thiệu về đặc điểm và tiềm năng phát triển trong thời gian tới của các ngành nghề kinh tế ở địa phương mình đang sống</w:t>
            </w:r>
          </w:p>
        </w:tc>
      </w:tr>
      <w:tr w:rsidR="00D713CE" w:rsidRPr="00E00DA0" w:rsidTr="008522E9">
        <w:tc>
          <w:tcPr>
            <w:tcW w:w="4003" w:type="dxa"/>
          </w:tcPr>
          <w:p w:rsidR="00D713CE" w:rsidRPr="00E00DA0" w:rsidRDefault="0051143C" w:rsidP="004B3503">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b) Nội dung:</w:t>
            </w:r>
          </w:p>
        </w:tc>
        <w:tc>
          <w:tcPr>
            <w:tcW w:w="6337" w:type="dxa"/>
          </w:tcPr>
          <w:p w:rsidR="00D713CE" w:rsidRPr="00E00DA0" w:rsidRDefault="00D713CE" w:rsidP="00B07347">
            <w:pPr>
              <w:autoSpaceDE w:val="0"/>
              <w:autoSpaceDN w:val="0"/>
              <w:rPr>
                <w:rFonts w:ascii="Times New Roman" w:eastAsia="Times New Roman Bold" w:hAnsi="Times New Roman" w:cs="Times New Roman"/>
                <w:sz w:val="26"/>
                <w:szCs w:val="26"/>
              </w:rPr>
            </w:pPr>
          </w:p>
        </w:tc>
      </w:tr>
      <w:tr w:rsidR="00632777" w:rsidRPr="00E00DA0" w:rsidTr="008522E9">
        <w:tc>
          <w:tcPr>
            <w:tcW w:w="10340" w:type="dxa"/>
            <w:gridSpan w:val="2"/>
          </w:tcPr>
          <w:p w:rsidR="00D32532" w:rsidRDefault="00E82FC5" w:rsidP="00D32532">
            <w:pPr>
              <w:autoSpaceDE w:val="0"/>
              <w:autoSpaceDN w:val="0"/>
              <w:rPr>
                <w:rFonts w:ascii="Times New Roman" w:eastAsia="Times New Roman Bold" w:hAnsi="Times New Roman" w:cs="Times New Roman"/>
                <w:sz w:val="26"/>
                <w:szCs w:val="26"/>
              </w:rPr>
            </w:pPr>
            <w:r w:rsidRPr="00E00DA0">
              <w:rPr>
                <w:rFonts w:ascii="Times New Roman" w:eastAsia="Times New Roman Bold" w:hAnsi="Times New Roman" w:cs="Times New Roman"/>
                <w:sz w:val="26"/>
                <w:szCs w:val="26"/>
              </w:rPr>
              <w:t xml:space="preserve">- HS </w:t>
            </w:r>
            <w:r w:rsidR="00D32532">
              <w:rPr>
                <w:rFonts w:ascii="Times New Roman" w:eastAsia="Times New Roman Bold" w:hAnsi="Times New Roman" w:cs="Times New Roman"/>
                <w:sz w:val="26"/>
                <w:szCs w:val="26"/>
              </w:rPr>
              <w:t xml:space="preserve">quan sát hình ảnh </w:t>
            </w:r>
          </w:p>
          <w:p w:rsidR="00632777" w:rsidRDefault="00E82FC5" w:rsidP="00D32532">
            <w:pPr>
              <w:autoSpaceDE w:val="0"/>
              <w:autoSpaceDN w:val="0"/>
              <w:rPr>
                <w:rFonts w:ascii="Times New Roman" w:eastAsia="Times New Roman Bold" w:hAnsi="Times New Roman" w:cs="Times New Roman"/>
                <w:sz w:val="26"/>
                <w:szCs w:val="26"/>
              </w:rPr>
            </w:pPr>
            <w:r w:rsidRPr="00E00DA0">
              <w:rPr>
                <w:rFonts w:ascii="Times New Roman" w:eastAsia="Times New Roman Bold" w:hAnsi="Times New Roman" w:cs="Times New Roman"/>
                <w:sz w:val="26"/>
                <w:szCs w:val="26"/>
              </w:rPr>
              <w:t>- HS đọc nội dung các mụ</w:t>
            </w:r>
            <w:r w:rsidR="00275463" w:rsidRPr="00E00DA0">
              <w:rPr>
                <w:rFonts w:ascii="Times New Roman" w:eastAsia="Times New Roman Bold" w:hAnsi="Times New Roman" w:cs="Times New Roman"/>
                <w:sz w:val="26"/>
                <w:szCs w:val="26"/>
              </w:rPr>
              <w:t xml:space="preserve">c </w:t>
            </w:r>
            <w:r w:rsidRPr="00E00DA0">
              <w:rPr>
                <w:rFonts w:ascii="Times New Roman" w:eastAsia="Times New Roman Bold" w:hAnsi="Times New Roman" w:cs="Times New Roman"/>
                <w:sz w:val="26"/>
                <w:szCs w:val="26"/>
              </w:rPr>
              <w:t>để trả lời các câu hỏi</w:t>
            </w:r>
          </w:p>
          <w:p w:rsidR="00D32532" w:rsidRDefault="00D32532" w:rsidP="00D32532">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 xml:space="preserve">? Dựa vào lược đồ 4.7, cho biết đặc điểm về vị trí địa lí </w:t>
            </w:r>
            <w:r w:rsidR="00E5211E">
              <w:rPr>
                <w:rFonts w:ascii="Times New Roman" w:eastAsia="Times New Roman Bold" w:hAnsi="Times New Roman" w:cs="Times New Roman"/>
                <w:sz w:val="26"/>
                <w:szCs w:val="26"/>
              </w:rPr>
              <w:t>và kể tên các đơn vị hành chính của tỉnh Bình Định?</w:t>
            </w:r>
          </w:p>
          <w:p w:rsidR="00E23D4E" w:rsidRDefault="00E23D4E" w:rsidP="00D32532">
            <w:pPr>
              <w:autoSpaceDE w:val="0"/>
              <w:autoSpaceDN w:val="0"/>
              <w:rPr>
                <w:rFonts w:ascii="Times New Roman" w:eastAsia="Times New Roman Bold" w:hAnsi="Times New Roman" w:cs="Times New Roman"/>
                <w:sz w:val="26"/>
                <w:szCs w:val="26"/>
              </w:rPr>
            </w:pPr>
            <w:r>
              <w:rPr>
                <w:noProof/>
              </w:rPr>
              <mc:AlternateContent>
                <mc:Choice Requires="wpg">
                  <w:drawing>
                    <wp:inline distT="0" distB="0" distL="0" distR="0">
                      <wp:extent cx="2715260" cy="1543050"/>
                      <wp:effectExtent l="0" t="0" r="27940" b="0"/>
                      <wp:docPr id="66185" name="Group 66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5260" cy="1543050"/>
                                <a:chOff x="0" y="0"/>
                                <a:chExt cx="5533093" cy="10249278"/>
                              </a:xfrm>
                            </wpg:grpSpPr>
                            <wps:wsp>
                              <wps:cNvPr id="6255" name="Rectangle 6255"/>
                              <wps:cNvSpPr/>
                              <wps:spPr>
                                <a:xfrm>
                                  <a:off x="0" y="5722001"/>
                                  <a:ext cx="46011" cy="273431"/>
                                </a:xfrm>
                                <a:prstGeom prst="rect">
                                  <a:avLst/>
                                </a:prstGeom>
                                <a:ln>
                                  <a:noFill/>
                                </a:ln>
                              </wps:spPr>
                              <wps:txbx>
                                <w:txbxContent>
                                  <w:p w:rsidR="00E23D4E" w:rsidRDefault="00E23D4E" w:rsidP="00E23D4E">
                                    <w:pPr>
                                      <w:spacing w:after="160"/>
                                    </w:pPr>
                                    <w:r>
                                      <w:t xml:space="preserve"> </w:t>
                                    </w:r>
                                  </w:p>
                                </w:txbxContent>
                              </wps:txbx>
                              <wps:bodyPr horzOverflow="overflow" vert="horz" lIns="0" tIns="0" rIns="0" bIns="0" rtlCol="0">
                                <a:noAutofit/>
                              </wps:bodyPr>
                            </wps:wsp>
                            <pic:pic xmlns:pic="http://schemas.openxmlformats.org/drawingml/2006/picture">
                              <pic:nvPicPr>
                                <pic:cNvPr id="6257" name="Picture 6257"/>
                                <pic:cNvPicPr/>
                              </pic:nvPicPr>
                              <pic:blipFill>
                                <a:blip r:embed="rId15"/>
                                <a:stretch>
                                  <a:fillRect/>
                                </a:stretch>
                              </pic:blipFill>
                              <pic:spPr>
                                <a:xfrm>
                                  <a:off x="683998" y="0"/>
                                  <a:ext cx="4848983" cy="10249278"/>
                                </a:xfrm>
                                <a:prstGeom prst="rect">
                                  <a:avLst/>
                                </a:prstGeom>
                              </pic:spPr>
                            </pic:pic>
                            <wps:wsp>
                              <wps:cNvPr id="6258" name="Shape 6258"/>
                              <wps:cNvSpPr/>
                              <wps:spPr>
                                <a:xfrm>
                                  <a:off x="684106" y="0"/>
                                  <a:ext cx="4848987" cy="5869877"/>
                                </a:xfrm>
                                <a:custGeom>
                                  <a:avLst/>
                                  <a:gdLst/>
                                  <a:ahLst/>
                                  <a:cxnLst/>
                                  <a:rect l="0" t="0" r="0" b="0"/>
                                  <a:pathLst>
                                    <a:path w="4848987" h="5869877">
                                      <a:moveTo>
                                        <a:pt x="96990" y="0"/>
                                      </a:moveTo>
                                      <a:cubicBezTo>
                                        <a:pt x="96990" y="0"/>
                                        <a:pt x="0" y="0"/>
                                        <a:pt x="0" y="96990"/>
                                      </a:cubicBezTo>
                                      <a:lnTo>
                                        <a:pt x="0" y="5772887"/>
                                      </a:lnTo>
                                      <a:cubicBezTo>
                                        <a:pt x="0" y="5772887"/>
                                        <a:pt x="0" y="5869877"/>
                                        <a:pt x="96990" y="5869877"/>
                                      </a:cubicBezTo>
                                      <a:lnTo>
                                        <a:pt x="4751998" y="5869877"/>
                                      </a:lnTo>
                                      <a:cubicBezTo>
                                        <a:pt x="4751998" y="5869877"/>
                                        <a:pt x="4848987" y="5869877"/>
                                        <a:pt x="4848987" y="5772887"/>
                                      </a:cubicBezTo>
                                      <a:lnTo>
                                        <a:pt x="4848987" y="96990"/>
                                      </a:lnTo>
                                      <a:cubicBezTo>
                                        <a:pt x="4848987" y="96990"/>
                                        <a:pt x="4848987" y="0"/>
                                        <a:pt x="4751998" y="0"/>
                                      </a:cubicBezTo>
                                      <a:lnTo>
                                        <a:pt x="96990" y="0"/>
                                      </a:lnTo>
                                      <a:close/>
                                    </a:path>
                                  </a:pathLst>
                                </a:custGeom>
                                <a:noFill/>
                                <a:ln w="5702" cap="flat" cmpd="sng" algn="ctr">
                                  <a:solidFill>
                                    <a:srgbClr val="939597">
                                      <a:shade val="95000"/>
                                      <a:satMod val="105000"/>
                                    </a:srgbClr>
                                  </a:solidFill>
                                  <a:prstDash val="solid"/>
                                  <a:miter lim="100000"/>
                                </a:ln>
                                <a:effectLst/>
                              </wps:spPr>
                              <wps:bodyPr/>
                            </wps:wsp>
                            <wps:wsp>
                              <wps:cNvPr id="6259" name="Rectangle 6259"/>
                              <wps:cNvSpPr/>
                              <wps:spPr>
                                <a:xfrm>
                                  <a:off x="1236739" y="5901071"/>
                                  <a:ext cx="2819329" cy="182727"/>
                                </a:xfrm>
                                <a:prstGeom prst="rect">
                                  <a:avLst/>
                                </a:prstGeom>
                                <a:ln>
                                  <a:noFill/>
                                </a:ln>
                              </wps:spPr>
                              <wps:txbx>
                                <w:txbxContent>
                                  <w:p w:rsidR="00E23D4E" w:rsidRDefault="00E23D4E" w:rsidP="00E23D4E">
                                    <w:pPr>
                                      <w:spacing w:after="160"/>
                                    </w:pPr>
                                    <w:proofErr w:type="gramStart"/>
                                    <w:r>
                                      <w:rPr>
                                        <w:rFonts w:ascii="Calibri" w:eastAsia="Calibri" w:hAnsi="Calibri" w:cs="Calibri"/>
                                        <w:w w:val="104"/>
                                        <w:sz w:val="18"/>
                                      </w:rPr>
                                      <w:t>Hình</w:t>
                                    </w:r>
                                    <w:r>
                                      <w:rPr>
                                        <w:rFonts w:ascii="Calibri" w:eastAsia="Calibri" w:hAnsi="Calibri" w:cs="Calibri"/>
                                        <w:spacing w:val="-3"/>
                                        <w:w w:val="104"/>
                                        <w:sz w:val="18"/>
                                      </w:rPr>
                                      <w:t xml:space="preserve"> </w:t>
                                    </w:r>
                                    <w:r>
                                      <w:rPr>
                                        <w:rFonts w:ascii="Calibri" w:eastAsia="Calibri" w:hAnsi="Calibri" w:cs="Calibri"/>
                                        <w:w w:val="104"/>
                                        <w:sz w:val="18"/>
                                      </w:rPr>
                                      <w:t>4.7.</w:t>
                                    </w:r>
                                    <w:proofErr w:type="gramEnd"/>
                                    <w:r>
                                      <w:rPr>
                                        <w:rFonts w:ascii="Calibri" w:eastAsia="Calibri" w:hAnsi="Calibri" w:cs="Calibri"/>
                                        <w:spacing w:val="-3"/>
                                        <w:w w:val="104"/>
                                        <w:sz w:val="18"/>
                                      </w:rPr>
                                      <w:t xml:space="preserve"> </w:t>
                                    </w:r>
                                    <w:r>
                                      <w:rPr>
                                        <w:rFonts w:ascii="Calibri" w:eastAsia="Calibri" w:hAnsi="Calibri" w:cs="Calibri"/>
                                        <w:w w:val="104"/>
                                        <w:sz w:val="18"/>
                                      </w:rPr>
                                      <w:t>Lược</w:t>
                                    </w:r>
                                    <w:r>
                                      <w:rPr>
                                        <w:rFonts w:ascii="Calibri" w:eastAsia="Calibri" w:hAnsi="Calibri" w:cs="Calibri"/>
                                        <w:spacing w:val="-3"/>
                                        <w:w w:val="104"/>
                                        <w:sz w:val="18"/>
                                      </w:rPr>
                                      <w:t xml:space="preserve"> </w:t>
                                    </w:r>
                                    <w:r>
                                      <w:rPr>
                                        <w:rFonts w:ascii="Calibri" w:eastAsia="Calibri" w:hAnsi="Calibri" w:cs="Calibri"/>
                                        <w:w w:val="104"/>
                                        <w:sz w:val="18"/>
                                      </w:rPr>
                                      <w:t>đồ</w:t>
                                    </w:r>
                                    <w:r>
                                      <w:rPr>
                                        <w:rFonts w:ascii="Calibri" w:eastAsia="Calibri" w:hAnsi="Calibri" w:cs="Calibri"/>
                                        <w:spacing w:val="-3"/>
                                        <w:w w:val="104"/>
                                        <w:sz w:val="18"/>
                                      </w:rPr>
                                      <w:t xml:space="preserve"> </w:t>
                                    </w:r>
                                    <w:r>
                                      <w:rPr>
                                        <w:rFonts w:ascii="Calibri" w:eastAsia="Calibri" w:hAnsi="Calibri" w:cs="Calibri"/>
                                        <w:w w:val="104"/>
                                        <w:sz w:val="18"/>
                                      </w:rPr>
                                      <w:t>hành</w:t>
                                    </w:r>
                                    <w:r>
                                      <w:rPr>
                                        <w:rFonts w:ascii="Calibri" w:eastAsia="Calibri" w:hAnsi="Calibri" w:cs="Calibri"/>
                                        <w:spacing w:val="-3"/>
                                        <w:w w:val="104"/>
                                        <w:sz w:val="18"/>
                                      </w:rPr>
                                      <w:t xml:space="preserve"> </w:t>
                                    </w:r>
                                    <w:r>
                                      <w:rPr>
                                        <w:rFonts w:ascii="Calibri" w:eastAsia="Calibri" w:hAnsi="Calibri" w:cs="Calibri"/>
                                        <w:w w:val="104"/>
                                        <w:sz w:val="18"/>
                                      </w:rPr>
                                      <w:t>chính</w:t>
                                    </w:r>
                                    <w:r>
                                      <w:rPr>
                                        <w:rFonts w:ascii="Calibri" w:eastAsia="Calibri" w:hAnsi="Calibri" w:cs="Calibri"/>
                                        <w:spacing w:val="-3"/>
                                        <w:w w:val="104"/>
                                        <w:sz w:val="18"/>
                                      </w:rPr>
                                      <w:t xml:space="preserve"> </w:t>
                                    </w:r>
                                    <w:r>
                                      <w:rPr>
                                        <w:rFonts w:ascii="Calibri" w:eastAsia="Calibri" w:hAnsi="Calibri" w:cs="Calibri"/>
                                        <w:w w:val="104"/>
                                        <w:sz w:val="18"/>
                                      </w:rPr>
                                      <w:t>tỉnh</w:t>
                                    </w:r>
                                    <w:r>
                                      <w:rPr>
                                        <w:rFonts w:ascii="Calibri" w:eastAsia="Calibri" w:hAnsi="Calibri" w:cs="Calibri"/>
                                        <w:spacing w:val="-3"/>
                                        <w:w w:val="104"/>
                                        <w:sz w:val="18"/>
                                      </w:rPr>
                                      <w:t xml:space="preserve"> </w:t>
                                    </w:r>
                                    <w:r>
                                      <w:rPr>
                                        <w:rFonts w:ascii="Calibri" w:eastAsia="Calibri" w:hAnsi="Calibri" w:cs="Calibri"/>
                                        <w:w w:val="104"/>
                                        <w:sz w:val="18"/>
                                      </w:rPr>
                                      <w:t>Bình</w:t>
                                    </w:r>
                                    <w:r>
                                      <w:rPr>
                                        <w:rFonts w:ascii="Calibri" w:eastAsia="Calibri" w:hAnsi="Calibri" w:cs="Calibri"/>
                                        <w:spacing w:val="-3"/>
                                        <w:w w:val="104"/>
                                        <w:sz w:val="18"/>
                                      </w:rPr>
                                      <w:t xml:space="preserve"> </w:t>
                                    </w:r>
                                    <w:r>
                                      <w:rPr>
                                        <w:rFonts w:ascii="Calibri" w:eastAsia="Calibri" w:hAnsi="Calibri" w:cs="Calibri"/>
                                        <w:w w:val="104"/>
                                        <w:sz w:val="18"/>
                                      </w:rPr>
                                      <w:t>Định</w:t>
                                    </w:r>
                                    <w:r>
                                      <w:rPr>
                                        <w:rFonts w:ascii="Calibri" w:eastAsia="Calibri" w:hAnsi="Calibri" w:cs="Calibri"/>
                                        <w:spacing w:val="-3"/>
                                        <w:w w:val="104"/>
                                        <w:sz w:val="18"/>
                                      </w:rPr>
                                      <w:t xml:space="preserve"> </w:t>
                                    </w:r>
                                  </w:p>
                                </w:txbxContent>
                              </wps:txbx>
                              <wps:bodyPr horzOverflow="overflow" vert="horz" lIns="0" tIns="0" rIns="0" bIns="0" rtlCol="0">
                                <a:noAutofit/>
                              </wps:bodyPr>
                            </wps:wsp>
                            <wps:wsp>
                              <wps:cNvPr id="66168" name="Rectangle 66168"/>
                              <wps:cNvSpPr/>
                              <wps:spPr>
                                <a:xfrm>
                                  <a:off x="3356535" y="5900956"/>
                                  <a:ext cx="43173" cy="182879"/>
                                </a:xfrm>
                                <a:prstGeom prst="rect">
                                  <a:avLst/>
                                </a:prstGeom>
                                <a:ln>
                                  <a:noFill/>
                                </a:ln>
                              </wps:spPr>
                              <wps:txbx>
                                <w:txbxContent>
                                  <w:p w:rsidR="00E23D4E" w:rsidRDefault="00E23D4E" w:rsidP="00E23D4E">
                                    <w:pPr>
                                      <w:spacing w:after="160"/>
                                    </w:pPr>
                                    <w:r>
                                      <w:rPr>
                                        <w:rFonts w:ascii="Calibri" w:eastAsia="Calibri" w:hAnsi="Calibri" w:cs="Calibri"/>
                                        <w:i/>
                                        <w:w w:val="95"/>
                                        <w:sz w:val="18"/>
                                      </w:rPr>
                                      <w:t>(</w:t>
                                    </w:r>
                                  </w:p>
                                </w:txbxContent>
                              </wps:txbx>
                              <wps:bodyPr horzOverflow="overflow" vert="horz" lIns="0" tIns="0" rIns="0" bIns="0" rtlCol="0">
                                <a:noAutofit/>
                              </wps:bodyPr>
                            </wps:wsp>
                            <wps:wsp>
                              <wps:cNvPr id="66170" name="Rectangle 66170"/>
                              <wps:cNvSpPr/>
                              <wps:spPr>
                                <a:xfrm>
                                  <a:off x="3388996" y="5900956"/>
                                  <a:ext cx="1536289" cy="182879"/>
                                </a:xfrm>
                                <a:prstGeom prst="rect">
                                  <a:avLst/>
                                </a:prstGeom>
                                <a:ln>
                                  <a:noFill/>
                                </a:ln>
                              </wps:spPr>
                              <wps:txbx>
                                <w:txbxContent>
                                  <w:p w:rsidR="00E23D4E" w:rsidRDefault="00E23D4E" w:rsidP="00E23D4E">
                                    <w:pPr>
                                      <w:spacing w:after="160"/>
                                    </w:pPr>
                                    <w:r>
                                      <w:rPr>
                                        <w:rFonts w:ascii="Calibri" w:eastAsia="Calibri" w:hAnsi="Calibri" w:cs="Calibri"/>
                                        <w:i/>
                                        <w:sz w:val="18"/>
                                      </w:rPr>
                                      <w:t>Nguồn:</w:t>
                                    </w:r>
                                    <w:r>
                                      <w:rPr>
                                        <w:rFonts w:ascii="Calibri" w:eastAsia="Calibri" w:hAnsi="Calibri" w:cs="Calibri"/>
                                        <w:i/>
                                        <w:spacing w:val="-8"/>
                                        <w:sz w:val="18"/>
                                      </w:rPr>
                                      <w:t xml:space="preserve"> </w:t>
                                    </w:r>
                                    <w:r>
                                      <w:rPr>
                                        <w:rFonts w:ascii="Calibri" w:eastAsia="Calibri" w:hAnsi="Calibri" w:cs="Calibri"/>
                                        <w:i/>
                                        <w:sz w:val="18"/>
                                      </w:rPr>
                                      <w:t>binhdinh.gov.vn)</w:t>
                                    </w:r>
                                    <w:r>
                                      <w:rPr>
                                        <w:rFonts w:ascii="Calibri" w:eastAsia="Calibri" w:hAnsi="Calibri" w:cs="Calibri"/>
                                        <w:i/>
                                        <w:spacing w:val="-8"/>
                                        <w:sz w:val="18"/>
                                      </w:rPr>
                                      <w:t xml:space="preserve"> </w:t>
                                    </w:r>
                                  </w:p>
                                </w:txbxContent>
                              </wps:txbx>
                              <wps:bodyPr horzOverflow="overflow" vert="horz" lIns="0" tIns="0" rIns="0" bIns="0" rtlCol="0">
                                <a:noAutofit/>
                              </wps:bodyPr>
                            </wps:wsp>
                            <wps:wsp>
                              <wps:cNvPr id="6261" name="Rectangle 6261"/>
                              <wps:cNvSpPr/>
                              <wps:spPr>
                                <a:xfrm>
                                  <a:off x="4544100" y="5901071"/>
                                  <a:ext cx="644561" cy="182727"/>
                                </a:xfrm>
                                <a:prstGeom prst="rect">
                                  <a:avLst/>
                                </a:prstGeom>
                                <a:ln>
                                  <a:noFill/>
                                </a:ln>
                              </wps:spPr>
                              <wps:txbx>
                                <w:txbxContent>
                                  <w:p w:rsidR="00E23D4E" w:rsidRDefault="00E23D4E" w:rsidP="00E23D4E">
                                    <w:pPr>
                                      <w:spacing w:after="160"/>
                                    </w:pPr>
                                    <w:r>
                                      <w:rPr>
                                        <w:rFonts w:ascii="Calibri" w:eastAsia="Calibri" w:hAnsi="Calibri" w:cs="Calibri"/>
                                        <w:spacing w:val="-3"/>
                                        <w:sz w:val="18"/>
                                      </w:rPr>
                                      <w:t xml:space="preserve">                    </w:t>
                                    </w:r>
                                  </w:p>
                                </w:txbxContent>
                              </wps:txbx>
                              <wps:bodyPr horzOverflow="overflow" vert="horz" lIns="0" tIns="0" rIns="0" bIns="0" rtlCol="0">
                                <a:noAutofit/>
                              </wps:bodyPr>
                            </wps:wsp>
                            <wps:wsp>
                              <wps:cNvPr id="6269" name="Shape 6269"/>
                              <wps:cNvSpPr/>
                              <wps:spPr>
                                <a:xfrm>
                                  <a:off x="332018" y="6298723"/>
                                  <a:ext cx="42380" cy="37415"/>
                                </a:xfrm>
                                <a:custGeom>
                                  <a:avLst/>
                                  <a:gdLst/>
                                  <a:ahLst/>
                                  <a:cxnLst/>
                                  <a:rect l="0" t="0" r="0" b="0"/>
                                  <a:pathLst>
                                    <a:path w="42380" h="37415">
                                      <a:moveTo>
                                        <a:pt x="22263" y="0"/>
                                      </a:moveTo>
                                      <a:cubicBezTo>
                                        <a:pt x="24181" y="0"/>
                                        <a:pt x="26086" y="229"/>
                                        <a:pt x="27914" y="724"/>
                                      </a:cubicBezTo>
                                      <a:cubicBezTo>
                                        <a:pt x="34404" y="2477"/>
                                        <a:pt x="38925" y="7150"/>
                                        <a:pt x="40640" y="13881"/>
                                      </a:cubicBezTo>
                                      <a:cubicBezTo>
                                        <a:pt x="42380" y="20651"/>
                                        <a:pt x="40640" y="26887"/>
                                        <a:pt x="35750" y="31433"/>
                                      </a:cubicBezTo>
                                      <a:cubicBezTo>
                                        <a:pt x="31635" y="35268"/>
                                        <a:pt x="25781" y="37415"/>
                                        <a:pt x="20040" y="37415"/>
                                      </a:cubicBezTo>
                                      <a:cubicBezTo>
                                        <a:pt x="18148" y="37415"/>
                                        <a:pt x="16256" y="37186"/>
                                        <a:pt x="14453" y="36691"/>
                                      </a:cubicBezTo>
                                      <a:cubicBezTo>
                                        <a:pt x="7988" y="34951"/>
                                        <a:pt x="3467" y="30252"/>
                                        <a:pt x="1727" y="23444"/>
                                      </a:cubicBezTo>
                                      <a:cubicBezTo>
                                        <a:pt x="0" y="16676"/>
                                        <a:pt x="1714" y="10465"/>
                                        <a:pt x="6553" y="5944"/>
                                      </a:cubicBezTo>
                                      <a:cubicBezTo>
                                        <a:pt x="9601" y="3111"/>
                                        <a:pt x="13602" y="1207"/>
                                        <a:pt x="17818" y="419"/>
                                      </a:cubicBezTo>
                                      <a:cubicBezTo>
                                        <a:pt x="19278" y="140"/>
                                        <a:pt x="20777" y="0"/>
                                        <a:pt x="22263" y="0"/>
                                      </a:cubicBezTo>
                                      <a:close/>
                                    </a:path>
                                  </a:pathLst>
                                </a:custGeom>
                                <a:solidFill>
                                  <a:srgbClr val="16B794"/>
                                </a:solidFill>
                                <a:ln w="0" cap="flat">
                                  <a:noFill/>
                                  <a:miter lim="127000"/>
                                </a:ln>
                                <a:effectLst/>
                              </wps:spPr>
                              <wps:bodyPr/>
                            </wps:wsp>
                            <wps:wsp>
                              <wps:cNvPr id="6270" name="Shape 6270"/>
                              <wps:cNvSpPr/>
                              <wps:spPr>
                                <a:xfrm>
                                  <a:off x="374601" y="6221057"/>
                                  <a:ext cx="7252" cy="12941"/>
                                </a:xfrm>
                                <a:custGeom>
                                  <a:avLst/>
                                  <a:gdLst/>
                                  <a:ahLst/>
                                  <a:cxnLst/>
                                  <a:rect l="0" t="0" r="0" b="0"/>
                                  <a:pathLst>
                                    <a:path w="7252" h="12941">
                                      <a:moveTo>
                                        <a:pt x="7252" y="0"/>
                                      </a:moveTo>
                                      <a:lnTo>
                                        <a:pt x="5413" y="5015"/>
                                      </a:lnTo>
                                      <a:lnTo>
                                        <a:pt x="0" y="12941"/>
                                      </a:lnTo>
                                      <a:lnTo>
                                        <a:pt x="7252" y="0"/>
                                      </a:lnTo>
                                      <a:close/>
                                    </a:path>
                                  </a:pathLst>
                                </a:custGeom>
                                <a:solidFill>
                                  <a:srgbClr val="EB1E5B"/>
                                </a:solidFill>
                                <a:ln w="0" cap="flat">
                                  <a:noFill/>
                                  <a:miter lim="127000"/>
                                </a:ln>
                                <a:effectLst/>
                              </wps:spPr>
                              <wps:bodyPr/>
                            </wps:wsp>
                            <wps:wsp>
                              <wps:cNvPr id="6271" name="Shape 6271"/>
                              <wps:cNvSpPr/>
                              <wps:spPr>
                                <a:xfrm>
                                  <a:off x="319073" y="6208252"/>
                                  <a:ext cx="68821" cy="79421"/>
                                </a:xfrm>
                                <a:custGeom>
                                  <a:avLst/>
                                  <a:gdLst/>
                                  <a:ahLst/>
                                  <a:cxnLst/>
                                  <a:rect l="0" t="0" r="0" b="0"/>
                                  <a:pathLst>
                                    <a:path w="68821" h="79421">
                                      <a:moveTo>
                                        <a:pt x="27592" y="0"/>
                                      </a:moveTo>
                                      <a:lnTo>
                                        <a:pt x="28499" y="6586"/>
                                      </a:lnTo>
                                      <a:cubicBezTo>
                                        <a:pt x="23597" y="22892"/>
                                        <a:pt x="8852" y="29547"/>
                                        <a:pt x="3543" y="44686"/>
                                      </a:cubicBezTo>
                                      <a:cubicBezTo>
                                        <a:pt x="622" y="53017"/>
                                        <a:pt x="4420" y="58491"/>
                                        <a:pt x="12548" y="78189"/>
                                      </a:cubicBezTo>
                                      <a:cubicBezTo>
                                        <a:pt x="68821" y="64358"/>
                                        <a:pt x="21425" y="68130"/>
                                        <a:pt x="48793" y="35606"/>
                                      </a:cubicBezTo>
                                      <a:lnTo>
                                        <a:pt x="55527" y="25746"/>
                                      </a:lnTo>
                                      <a:lnTo>
                                        <a:pt x="49631" y="36266"/>
                                      </a:lnTo>
                                      <a:cubicBezTo>
                                        <a:pt x="37871" y="50236"/>
                                        <a:pt x="40335" y="57208"/>
                                        <a:pt x="41961" y="61819"/>
                                      </a:cubicBezTo>
                                      <a:cubicBezTo>
                                        <a:pt x="42761" y="64091"/>
                                        <a:pt x="43446" y="66047"/>
                                        <a:pt x="42316" y="68042"/>
                                      </a:cubicBezTo>
                                      <a:cubicBezTo>
                                        <a:pt x="40360" y="71483"/>
                                        <a:pt x="33198" y="74188"/>
                                        <a:pt x="12814" y="79204"/>
                                      </a:cubicBezTo>
                                      <a:lnTo>
                                        <a:pt x="11900" y="79421"/>
                                      </a:lnTo>
                                      <a:lnTo>
                                        <a:pt x="11544" y="78583"/>
                                      </a:lnTo>
                                      <a:cubicBezTo>
                                        <a:pt x="10071" y="75014"/>
                                        <a:pt x="8738" y="71903"/>
                                        <a:pt x="7569" y="69172"/>
                                      </a:cubicBezTo>
                                      <a:cubicBezTo>
                                        <a:pt x="2210" y="56713"/>
                                        <a:pt x="0" y="51557"/>
                                        <a:pt x="2527" y="44355"/>
                                      </a:cubicBezTo>
                                      <a:cubicBezTo>
                                        <a:pt x="5131" y="36913"/>
                                        <a:pt x="10020" y="31414"/>
                                        <a:pt x="14745" y="26093"/>
                                      </a:cubicBezTo>
                                      <a:cubicBezTo>
                                        <a:pt x="19774" y="20441"/>
                                        <a:pt x="24968" y="14587"/>
                                        <a:pt x="27445" y="6306"/>
                                      </a:cubicBezTo>
                                      <a:lnTo>
                                        <a:pt x="27592" y="0"/>
                                      </a:lnTo>
                                      <a:close/>
                                    </a:path>
                                  </a:pathLst>
                                </a:custGeom>
                                <a:solidFill>
                                  <a:srgbClr val="EB1E5B"/>
                                </a:solidFill>
                                <a:ln w="0" cap="flat">
                                  <a:noFill/>
                                  <a:miter lim="127000"/>
                                </a:ln>
                                <a:effectLst/>
                              </wps:spPr>
                              <wps:bodyPr/>
                            </wps:wsp>
                            <wps:wsp>
                              <wps:cNvPr id="6272" name="Shape 6272"/>
                              <wps:cNvSpPr/>
                              <wps:spPr>
                                <a:xfrm>
                                  <a:off x="345766" y="6201728"/>
                                  <a:ext cx="1017" cy="6524"/>
                                </a:xfrm>
                                <a:custGeom>
                                  <a:avLst/>
                                  <a:gdLst/>
                                  <a:ahLst/>
                                  <a:cxnLst/>
                                  <a:rect l="0" t="0" r="0" b="0"/>
                                  <a:pathLst>
                                    <a:path w="1017" h="6524">
                                      <a:moveTo>
                                        <a:pt x="0" y="0"/>
                                      </a:moveTo>
                                      <a:lnTo>
                                        <a:pt x="1017" y="1460"/>
                                      </a:lnTo>
                                      <a:lnTo>
                                        <a:pt x="898" y="6524"/>
                                      </a:lnTo>
                                      <a:lnTo>
                                        <a:pt x="0" y="0"/>
                                      </a:lnTo>
                                      <a:close/>
                                    </a:path>
                                  </a:pathLst>
                                </a:custGeom>
                                <a:solidFill>
                                  <a:srgbClr val="EB1E5B"/>
                                </a:solidFill>
                                <a:ln w="0" cap="flat">
                                  <a:noFill/>
                                  <a:miter lim="127000"/>
                                </a:ln>
                                <a:effectLst/>
                              </wps:spPr>
                              <wps:bodyPr/>
                            </wps:wsp>
                            <wps:wsp>
                              <wps:cNvPr id="6274" name="Shape 6274"/>
                              <wps:cNvSpPr/>
                              <wps:spPr>
                                <a:xfrm>
                                  <a:off x="335755" y="6193040"/>
                                  <a:ext cx="5881" cy="2756"/>
                                </a:xfrm>
                                <a:custGeom>
                                  <a:avLst/>
                                  <a:gdLst/>
                                  <a:ahLst/>
                                  <a:cxnLst/>
                                  <a:rect l="0" t="0" r="0" b="0"/>
                                  <a:pathLst>
                                    <a:path w="5881" h="2756">
                                      <a:moveTo>
                                        <a:pt x="0" y="0"/>
                                      </a:moveTo>
                                      <a:lnTo>
                                        <a:pt x="5035" y="1541"/>
                                      </a:lnTo>
                                      <a:lnTo>
                                        <a:pt x="5881" y="2756"/>
                                      </a:lnTo>
                                      <a:lnTo>
                                        <a:pt x="0" y="0"/>
                                      </a:lnTo>
                                      <a:close/>
                                    </a:path>
                                  </a:pathLst>
                                </a:custGeom>
                                <a:solidFill>
                                  <a:srgbClr val="EB1E5B"/>
                                </a:solidFill>
                                <a:ln w="0" cap="flat">
                                  <a:noFill/>
                                  <a:miter lim="127000"/>
                                </a:ln>
                                <a:effectLst/>
                              </wps:spPr>
                              <wps:bodyPr/>
                            </wps:wsp>
                            <wps:wsp>
                              <wps:cNvPr id="6275" name="Shape 6275"/>
                              <wps:cNvSpPr/>
                              <wps:spPr>
                                <a:xfrm>
                                  <a:off x="268400" y="6184057"/>
                                  <a:ext cx="67355" cy="25828"/>
                                </a:xfrm>
                                <a:custGeom>
                                  <a:avLst/>
                                  <a:gdLst/>
                                  <a:ahLst/>
                                  <a:cxnLst/>
                                  <a:rect l="0" t="0" r="0" b="0"/>
                                  <a:pathLst>
                                    <a:path w="67355" h="25828">
                                      <a:moveTo>
                                        <a:pt x="8719" y="0"/>
                                      </a:moveTo>
                                      <a:lnTo>
                                        <a:pt x="1448" y="7692"/>
                                      </a:lnTo>
                                      <a:cubicBezTo>
                                        <a:pt x="15303" y="20037"/>
                                        <a:pt x="19926" y="24761"/>
                                        <a:pt x="23609" y="24761"/>
                                      </a:cubicBezTo>
                                      <a:cubicBezTo>
                                        <a:pt x="27686" y="24761"/>
                                        <a:pt x="30607" y="18995"/>
                                        <a:pt x="43548" y="11375"/>
                                      </a:cubicBezTo>
                                      <a:cubicBezTo>
                                        <a:pt x="49911" y="7641"/>
                                        <a:pt x="55867" y="6028"/>
                                        <a:pt x="61049" y="6028"/>
                                      </a:cubicBezTo>
                                      <a:lnTo>
                                        <a:pt x="67355" y="8983"/>
                                      </a:lnTo>
                                      <a:lnTo>
                                        <a:pt x="61099" y="7069"/>
                                      </a:lnTo>
                                      <a:cubicBezTo>
                                        <a:pt x="55842" y="7069"/>
                                        <a:pt x="49987" y="8822"/>
                                        <a:pt x="44107" y="12277"/>
                                      </a:cubicBezTo>
                                      <a:cubicBezTo>
                                        <a:pt x="37795" y="15985"/>
                                        <a:pt x="33921" y="19236"/>
                                        <a:pt x="31077" y="21624"/>
                                      </a:cubicBezTo>
                                      <a:cubicBezTo>
                                        <a:pt x="27876" y="24291"/>
                                        <a:pt x="25844" y="25828"/>
                                        <a:pt x="23571" y="25828"/>
                                      </a:cubicBezTo>
                                      <a:cubicBezTo>
                                        <a:pt x="20053" y="25828"/>
                                        <a:pt x="15977" y="22170"/>
                                        <a:pt x="6198" y="13381"/>
                                      </a:cubicBezTo>
                                      <a:cubicBezTo>
                                        <a:pt x="4547" y="11895"/>
                                        <a:pt x="2718" y="10258"/>
                                        <a:pt x="699" y="8454"/>
                                      </a:cubicBezTo>
                                      <a:lnTo>
                                        <a:pt x="0" y="7831"/>
                                      </a:lnTo>
                                      <a:lnTo>
                                        <a:pt x="559" y="7083"/>
                                      </a:lnTo>
                                      <a:lnTo>
                                        <a:pt x="8719" y="0"/>
                                      </a:lnTo>
                                      <a:close/>
                                    </a:path>
                                  </a:pathLst>
                                </a:custGeom>
                                <a:solidFill>
                                  <a:srgbClr val="EB1E5B"/>
                                </a:solidFill>
                                <a:ln w="0" cap="flat">
                                  <a:noFill/>
                                  <a:miter lim="127000"/>
                                </a:ln>
                                <a:effectLst/>
                              </wps:spPr>
                              <wps:bodyPr/>
                            </wps:wsp>
                            <wps:wsp>
                              <wps:cNvPr id="6276" name="Shape 6276"/>
                              <wps:cNvSpPr/>
                              <wps:spPr>
                                <a:xfrm>
                                  <a:off x="277119" y="6171249"/>
                                  <a:ext cx="14756" cy="12808"/>
                                </a:xfrm>
                                <a:custGeom>
                                  <a:avLst/>
                                  <a:gdLst/>
                                  <a:ahLst/>
                                  <a:cxnLst/>
                                  <a:rect l="0" t="0" r="0" b="0"/>
                                  <a:pathLst>
                                    <a:path w="14756" h="12808">
                                      <a:moveTo>
                                        <a:pt x="14756" y="0"/>
                                      </a:moveTo>
                                      <a:lnTo>
                                        <a:pt x="0" y="12808"/>
                                      </a:lnTo>
                                      <a:lnTo>
                                        <a:pt x="7690" y="4673"/>
                                      </a:lnTo>
                                      <a:lnTo>
                                        <a:pt x="14756" y="0"/>
                                      </a:lnTo>
                                      <a:close/>
                                    </a:path>
                                  </a:pathLst>
                                </a:custGeom>
                                <a:solidFill>
                                  <a:srgbClr val="EB1E5B"/>
                                </a:solidFill>
                                <a:ln w="0" cap="flat">
                                  <a:noFill/>
                                  <a:miter lim="127000"/>
                                </a:ln>
                                <a:effectLst/>
                              </wps:spPr>
                              <wps:bodyPr/>
                            </wps:wsp>
                            <wps:wsp>
                              <wps:cNvPr id="6277" name="Shape 6277"/>
                              <wps:cNvSpPr/>
                              <wps:spPr>
                                <a:xfrm>
                                  <a:off x="363782" y="6163534"/>
                                  <a:ext cx="25302" cy="57523"/>
                                </a:xfrm>
                                <a:custGeom>
                                  <a:avLst/>
                                  <a:gdLst/>
                                  <a:ahLst/>
                                  <a:cxnLst/>
                                  <a:rect l="0" t="0" r="0" b="0"/>
                                  <a:pathLst>
                                    <a:path w="25302" h="57523">
                                      <a:moveTo>
                                        <a:pt x="0" y="0"/>
                                      </a:moveTo>
                                      <a:lnTo>
                                        <a:pt x="5236" y="1833"/>
                                      </a:lnTo>
                                      <a:cubicBezTo>
                                        <a:pt x="12485" y="6679"/>
                                        <a:pt x="18041" y="13171"/>
                                        <a:pt x="21267" y="20886"/>
                                      </a:cubicBezTo>
                                      <a:cubicBezTo>
                                        <a:pt x="24924" y="29656"/>
                                        <a:pt x="25302" y="39378"/>
                                        <a:pt x="22534" y="49559"/>
                                      </a:cubicBezTo>
                                      <a:lnTo>
                                        <a:pt x="18070" y="57523"/>
                                      </a:lnTo>
                                      <a:lnTo>
                                        <a:pt x="22265" y="46084"/>
                                      </a:lnTo>
                                      <a:cubicBezTo>
                                        <a:pt x="24414" y="35630"/>
                                        <a:pt x="22978" y="26278"/>
                                        <a:pt x="18940" y="18455"/>
                                      </a:cubicBezTo>
                                      <a:lnTo>
                                        <a:pt x="0" y="0"/>
                                      </a:lnTo>
                                      <a:close/>
                                    </a:path>
                                  </a:pathLst>
                                </a:custGeom>
                                <a:solidFill>
                                  <a:srgbClr val="EB1E5B"/>
                                </a:solidFill>
                                <a:ln w="0" cap="flat">
                                  <a:noFill/>
                                  <a:miter lim="127000"/>
                                </a:ln>
                                <a:effectLst/>
                              </wps:spPr>
                              <wps:bodyPr/>
                            </wps:wsp>
                            <wps:wsp>
                              <wps:cNvPr id="6278" name="Shape 6278"/>
                              <wps:cNvSpPr/>
                              <wps:spPr>
                                <a:xfrm>
                                  <a:off x="363767" y="6163529"/>
                                  <a:ext cx="15" cy="5"/>
                                </a:xfrm>
                                <a:custGeom>
                                  <a:avLst/>
                                  <a:gdLst/>
                                  <a:ahLst/>
                                  <a:cxnLst/>
                                  <a:rect l="0" t="0" r="0" b="0"/>
                                  <a:pathLst>
                                    <a:path w="15" h="5">
                                      <a:moveTo>
                                        <a:pt x="0" y="0"/>
                                      </a:moveTo>
                                      <a:lnTo>
                                        <a:pt x="13" y="2"/>
                                      </a:lnTo>
                                      <a:lnTo>
                                        <a:pt x="15" y="5"/>
                                      </a:lnTo>
                                      <a:lnTo>
                                        <a:pt x="0" y="0"/>
                                      </a:lnTo>
                                      <a:close/>
                                    </a:path>
                                  </a:pathLst>
                                </a:custGeom>
                                <a:solidFill>
                                  <a:srgbClr val="EB1E5B"/>
                                </a:solidFill>
                                <a:ln w="0" cap="flat">
                                  <a:noFill/>
                                  <a:miter lim="127000"/>
                                </a:ln>
                                <a:effectLst/>
                              </wps:spPr>
                              <wps:bodyPr/>
                            </wps:wsp>
                            <wps:wsp>
                              <wps:cNvPr id="6279" name="Shape 6279"/>
                              <wps:cNvSpPr/>
                              <wps:spPr>
                                <a:xfrm>
                                  <a:off x="291876" y="6155756"/>
                                  <a:ext cx="71892" cy="15493"/>
                                </a:xfrm>
                                <a:custGeom>
                                  <a:avLst/>
                                  <a:gdLst/>
                                  <a:ahLst/>
                                  <a:cxnLst/>
                                  <a:rect l="0" t="0" r="0" b="0"/>
                                  <a:pathLst>
                                    <a:path w="71892" h="15493">
                                      <a:moveTo>
                                        <a:pt x="43034" y="0"/>
                                      </a:moveTo>
                                      <a:cubicBezTo>
                                        <a:pt x="45676" y="0"/>
                                        <a:pt x="48318" y="153"/>
                                        <a:pt x="50959" y="445"/>
                                      </a:cubicBezTo>
                                      <a:lnTo>
                                        <a:pt x="71892" y="7773"/>
                                      </a:lnTo>
                                      <a:lnTo>
                                        <a:pt x="43238" y="1054"/>
                                      </a:lnTo>
                                      <a:cubicBezTo>
                                        <a:pt x="32265" y="1054"/>
                                        <a:pt x="20600" y="3646"/>
                                        <a:pt x="9353" y="9308"/>
                                      </a:cubicBezTo>
                                      <a:lnTo>
                                        <a:pt x="0" y="15493"/>
                                      </a:lnTo>
                                      <a:lnTo>
                                        <a:pt x="7206" y="9238"/>
                                      </a:lnTo>
                                      <a:cubicBezTo>
                                        <a:pt x="18473" y="3210"/>
                                        <a:pt x="30690" y="0"/>
                                        <a:pt x="43034" y="0"/>
                                      </a:cubicBezTo>
                                      <a:close/>
                                    </a:path>
                                  </a:pathLst>
                                </a:custGeom>
                                <a:solidFill>
                                  <a:srgbClr val="EB1E5B"/>
                                </a:solidFill>
                                <a:ln w="0" cap="flat">
                                  <a:noFill/>
                                  <a:miter lim="127000"/>
                                </a:ln>
                                <a:effectLst/>
                              </wps:spPr>
                              <wps:bodyPr/>
                            </wps:wsp>
                            <wps:wsp>
                              <wps:cNvPr id="6280" name="Shape 6280"/>
                              <wps:cNvSpPr/>
                              <wps:spPr>
                                <a:xfrm>
                                  <a:off x="367195" y="6166861"/>
                                  <a:ext cx="1977" cy="1926"/>
                                </a:xfrm>
                                <a:custGeom>
                                  <a:avLst/>
                                  <a:gdLst/>
                                  <a:ahLst/>
                                  <a:cxnLst/>
                                  <a:rect l="0" t="0" r="0" b="0"/>
                                  <a:pathLst>
                                    <a:path w="1977" h="1926">
                                      <a:moveTo>
                                        <a:pt x="0" y="0"/>
                                      </a:moveTo>
                                      <a:lnTo>
                                        <a:pt x="497" y="174"/>
                                      </a:lnTo>
                                      <a:lnTo>
                                        <a:pt x="1977" y="1926"/>
                                      </a:lnTo>
                                      <a:lnTo>
                                        <a:pt x="0" y="0"/>
                                      </a:lnTo>
                                      <a:close/>
                                    </a:path>
                                  </a:pathLst>
                                </a:custGeom>
                                <a:solidFill>
                                  <a:srgbClr val="68345F"/>
                                </a:solidFill>
                                <a:ln w="0" cap="flat">
                                  <a:noFill/>
                                  <a:miter lim="127000"/>
                                </a:ln>
                                <a:effectLst/>
                              </wps:spPr>
                              <wps:bodyPr/>
                            </wps:wsp>
                            <wps:wsp>
                              <wps:cNvPr id="6281" name="Shape 6281"/>
                              <wps:cNvSpPr/>
                              <wps:spPr>
                                <a:xfrm>
                                  <a:off x="345072" y="6159148"/>
                                  <a:ext cx="22123" cy="7713"/>
                                </a:xfrm>
                                <a:custGeom>
                                  <a:avLst/>
                                  <a:gdLst/>
                                  <a:ahLst/>
                                  <a:cxnLst/>
                                  <a:rect l="0" t="0" r="0" b="0"/>
                                  <a:pathLst>
                                    <a:path w="22123" h="7713">
                                      <a:moveTo>
                                        <a:pt x="0" y="0"/>
                                      </a:moveTo>
                                      <a:lnTo>
                                        <a:pt x="18706" y="4385"/>
                                      </a:lnTo>
                                      <a:lnTo>
                                        <a:pt x="22123" y="7713"/>
                                      </a:lnTo>
                                      <a:lnTo>
                                        <a:pt x="0" y="0"/>
                                      </a:lnTo>
                                      <a:close/>
                                    </a:path>
                                  </a:pathLst>
                                </a:custGeom>
                                <a:solidFill>
                                  <a:srgbClr val="68345F"/>
                                </a:solidFill>
                                <a:ln w="0" cap="flat">
                                  <a:noFill/>
                                  <a:miter lim="127000"/>
                                </a:ln>
                                <a:effectLst/>
                              </wps:spPr>
                              <wps:bodyPr/>
                            </wps:wsp>
                            <wps:wsp>
                              <wps:cNvPr id="6282" name="Shape 6282"/>
                              <wps:cNvSpPr/>
                              <wps:spPr>
                                <a:xfrm>
                                  <a:off x="340961" y="6158184"/>
                                  <a:ext cx="4111" cy="964"/>
                                </a:xfrm>
                                <a:custGeom>
                                  <a:avLst/>
                                  <a:gdLst/>
                                  <a:ahLst/>
                                  <a:cxnLst/>
                                  <a:rect l="0" t="0" r="0" b="0"/>
                                  <a:pathLst>
                                    <a:path w="4111" h="964">
                                      <a:moveTo>
                                        <a:pt x="0" y="0"/>
                                      </a:moveTo>
                                      <a:lnTo>
                                        <a:pt x="1598" y="88"/>
                                      </a:lnTo>
                                      <a:lnTo>
                                        <a:pt x="4111" y="964"/>
                                      </a:lnTo>
                                      <a:lnTo>
                                        <a:pt x="0" y="0"/>
                                      </a:lnTo>
                                      <a:close/>
                                    </a:path>
                                  </a:pathLst>
                                </a:custGeom>
                                <a:solidFill>
                                  <a:srgbClr val="68345F"/>
                                </a:solidFill>
                                <a:ln w="0" cap="flat">
                                  <a:noFill/>
                                  <a:miter lim="127000"/>
                                </a:ln>
                                <a:effectLst/>
                              </wps:spPr>
                              <wps:bodyPr/>
                            </wps:wsp>
                            <wps:wsp>
                              <wps:cNvPr id="6283" name="Shape 6283"/>
                              <wps:cNvSpPr/>
                              <wps:spPr>
                                <a:xfrm>
                                  <a:off x="269839" y="6156811"/>
                                  <a:ext cx="120960" cy="129630"/>
                                </a:xfrm>
                                <a:custGeom>
                                  <a:avLst/>
                                  <a:gdLst/>
                                  <a:ahLst/>
                                  <a:cxnLst/>
                                  <a:rect l="0" t="0" r="0" b="0"/>
                                  <a:pathLst>
                                    <a:path w="120960" h="129630">
                                      <a:moveTo>
                                        <a:pt x="65265" y="0"/>
                                      </a:moveTo>
                                      <a:lnTo>
                                        <a:pt x="71122" y="1373"/>
                                      </a:lnTo>
                                      <a:lnTo>
                                        <a:pt x="65062" y="1041"/>
                                      </a:lnTo>
                                      <a:cubicBezTo>
                                        <a:pt x="41338" y="1041"/>
                                        <a:pt x="18059" y="13271"/>
                                        <a:pt x="1448" y="34798"/>
                                      </a:cubicBezTo>
                                      <a:cubicBezTo>
                                        <a:pt x="3188" y="36360"/>
                                        <a:pt x="4788" y="37783"/>
                                        <a:pt x="6236" y="39103"/>
                                      </a:cubicBezTo>
                                      <a:cubicBezTo>
                                        <a:pt x="15608" y="47511"/>
                                        <a:pt x="19253" y="50788"/>
                                        <a:pt x="22187" y="50788"/>
                                      </a:cubicBezTo>
                                      <a:cubicBezTo>
                                        <a:pt x="24054" y="50788"/>
                                        <a:pt x="25628" y="49467"/>
                                        <a:pt x="28219" y="47295"/>
                                      </a:cubicBezTo>
                                      <a:cubicBezTo>
                                        <a:pt x="31115" y="44869"/>
                                        <a:pt x="35090" y="41542"/>
                                        <a:pt x="41554" y="37744"/>
                                      </a:cubicBezTo>
                                      <a:cubicBezTo>
                                        <a:pt x="45872" y="35205"/>
                                        <a:pt x="50215" y="33541"/>
                                        <a:pt x="54343" y="32753"/>
                                      </a:cubicBezTo>
                                      <a:cubicBezTo>
                                        <a:pt x="56172" y="32410"/>
                                        <a:pt x="57963" y="32233"/>
                                        <a:pt x="59702" y="32233"/>
                                      </a:cubicBezTo>
                                      <a:cubicBezTo>
                                        <a:pt x="64414" y="32233"/>
                                        <a:pt x="68732" y="33515"/>
                                        <a:pt x="72275" y="36106"/>
                                      </a:cubicBezTo>
                                      <a:cubicBezTo>
                                        <a:pt x="78930" y="40958"/>
                                        <a:pt x="81419" y="49467"/>
                                        <a:pt x="78765" y="58306"/>
                                      </a:cubicBezTo>
                                      <a:cubicBezTo>
                                        <a:pt x="76149" y="67018"/>
                                        <a:pt x="70802" y="73051"/>
                                        <a:pt x="65621" y="78880"/>
                                      </a:cubicBezTo>
                                      <a:cubicBezTo>
                                        <a:pt x="60820" y="84278"/>
                                        <a:pt x="56286" y="89383"/>
                                        <a:pt x="53810" y="96445"/>
                                      </a:cubicBezTo>
                                      <a:cubicBezTo>
                                        <a:pt x="51549" y="102896"/>
                                        <a:pt x="53530" y="107507"/>
                                        <a:pt x="58801" y="119800"/>
                                      </a:cubicBezTo>
                                      <a:cubicBezTo>
                                        <a:pt x="59893" y="122327"/>
                                        <a:pt x="61112" y="125172"/>
                                        <a:pt x="62446" y="128398"/>
                                      </a:cubicBezTo>
                                      <a:cubicBezTo>
                                        <a:pt x="80733" y="123877"/>
                                        <a:pt x="88125" y="121172"/>
                                        <a:pt x="89649" y="118504"/>
                                      </a:cubicBezTo>
                                      <a:cubicBezTo>
                                        <a:pt x="90296" y="117362"/>
                                        <a:pt x="89915" y="116155"/>
                                        <a:pt x="89141" y="113958"/>
                                      </a:cubicBezTo>
                                      <a:cubicBezTo>
                                        <a:pt x="87363" y="108903"/>
                                        <a:pt x="84670" y="101283"/>
                                        <a:pt x="97180" y="86399"/>
                                      </a:cubicBezTo>
                                      <a:cubicBezTo>
                                        <a:pt x="114515" y="65811"/>
                                        <a:pt x="120205" y="45212"/>
                                        <a:pt x="113194" y="28397"/>
                                      </a:cubicBezTo>
                                      <a:lnTo>
                                        <a:pt x="99332" y="11976"/>
                                      </a:lnTo>
                                      <a:lnTo>
                                        <a:pt x="112883" y="25178"/>
                                      </a:lnTo>
                                      <a:cubicBezTo>
                                        <a:pt x="120960" y="40825"/>
                                        <a:pt x="118624" y="62586"/>
                                        <a:pt x="98018" y="87047"/>
                                      </a:cubicBezTo>
                                      <a:cubicBezTo>
                                        <a:pt x="70662" y="119584"/>
                                        <a:pt x="118059" y="115800"/>
                                        <a:pt x="61785" y="129630"/>
                                      </a:cubicBezTo>
                                      <a:cubicBezTo>
                                        <a:pt x="53644" y="109932"/>
                                        <a:pt x="49860" y="104459"/>
                                        <a:pt x="52781" y="96127"/>
                                      </a:cubicBezTo>
                                      <a:cubicBezTo>
                                        <a:pt x="58089" y="80989"/>
                                        <a:pt x="72834" y="74333"/>
                                        <a:pt x="77724" y="58027"/>
                                      </a:cubicBezTo>
                                      <a:cubicBezTo>
                                        <a:pt x="81724" y="44679"/>
                                        <a:pt x="73393" y="33274"/>
                                        <a:pt x="59613" y="33274"/>
                                      </a:cubicBezTo>
                                      <a:cubicBezTo>
                                        <a:pt x="54419" y="33274"/>
                                        <a:pt x="48463" y="34899"/>
                                        <a:pt x="42113" y="38621"/>
                                      </a:cubicBezTo>
                                      <a:cubicBezTo>
                                        <a:pt x="29159" y="46241"/>
                                        <a:pt x="26238" y="52007"/>
                                        <a:pt x="22174" y="52007"/>
                                      </a:cubicBezTo>
                                      <a:cubicBezTo>
                                        <a:pt x="18491" y="52007"/>
                                        <a:pt x="13856" y="47282"/>
                                        <a:pt x="0" y="34937"/>
                                      </a:cubicBezTo>
                                      <a:cubicBezTo>
                                        <a:pt x="18605" y="10363"/>
                                        <a:pt x="43332" y="0"/>
                                        <a:pt x="65265" y="0"/>
                                      </a:cubicBezTo>
                                      <a:close/>
                                    </a:path>
                                  </a:pathLst>
                                </a:custGeom>
                                <a:solidFill>
                                  <a:srgbClr val="68345F"/>
                                </a:solidFill>
                                <a:ln w="0" cap="flat">
                                  <a:noFill/>
                                  <a:miter lim="127000"/>
                                </a:ln>
                                <a:effectLst/>
                              </wps:spPr>
                              <wps:bodyPr/>
                            </wps:wsp>
                            <wps:wsp>
                              <wps:cNvPr id="6284" name="Shape 6284"/>
                              <wps:cNvSpPr/>
                              <wps:spPr>
                                <a:xfrm>
                                  <a:off x="329705" y="6297067"/>
                                  <a:ext cx="23494" cy="41152"/>
                                </a:xfrm>
                                <a:custGeom>
                                  <a:avLst/>
                                  <a:gdLst/>
                                  <a:ahLst/>
                                  <a:cxnLst/>
                                  <a:rect l="0" t="0" r="0" b="0"/>
                                  <a:pathLst>
                                    <a:path w="23494" h="41152">
                                      <a:moveTo>
                                        <a:pt x="23494" y="0"/>
                                      </a:moveTo>
                                      <a:lnTo>
                                        <a:pt x="23494" y="1050"/>
                                      </a:lnTo>
                                      <a:lnTo>
                                        <a:pt x="7649" y="7312"/>
                                      </a:lnTo>
                                      <a:cubicBezTo>
                                        <a:pt x="3324" y="11608"/>
                                        <a:pt x="1048" y="17796"/>
                                        <a:pt x="2985" y="25365"/>
                                      </a:cubicBezTo>
                                      <a:cubicBezTo>
                                        <a:pt x="5613" y="35653"/>
                                        <a:pt x="13868" y="40110"/>
                                        <a:pt x="22339" y="40110"/>
                                      </a:cubicBezTo>
                                      <a:lnTo>
                                        <a:pt x="23494" y="39650"/>
                                      </a:lnTo>
                                      <a:lnTo>
                                        <a:pt x="23494" y="41040"/>
                                      </a:lnTo>
                                      <a:lnTo>
                                        <a:pt x="22314" y="41152"/>
                                      </a:lnTo>
                                      <a:cubicBezTo>
                                        <a:pt x="20231" y="41152"/>
                                        <a:pt x="18148" y="40898"/>
                                        <a:pt x="16167" y="40352"/>
                                      </a:cubicBezTo>
                                      <a:cubicBezTo>
                                        <a:pt x="8915" y="38396"/>
                                        <a:pt x="3874" y="33176"/>
                                        <a:pt x="1943" y="25619"/>
                                      </a:cubicBezTo>
                                      <a:cubicBezTo>
                                        <a:pt x="0" y="18101"/>
                                        <a:pt x="1943" y="11167"/>
                                        <a:pt x="7366" y="6112"/>
                                      </a:cubicBezTo>
                                      <a:lnTo>
                                        <a:pt x="23494" y="0"/>
                                      </a:lnTo>
                                      <a:close/>
                                    </a:path>
                                  </a:pathLst>
                                </a:custGeom>
                                <a:solidFill>
                                  <a:srgbClr val="EB1E5B"/>
                                </a:solidFill>
                                <a:ln w="0" cap="flat">
                                  <a:noFill/>
                                  <a:miter lim="127000"/>
                                </a:ln>
                                <a:effectLst/>
                              </wps:spPr>
                              <wps:bodyPr/>
                            </wps:wsp>
                            <wps:wsp>
                              <wps:cNvPr id="6285" name="Shape 6285"/>
                              <wps:cNvSpPr/>
                              <wps:spPr>
                                <a:xfrm>
                                  <a:off x="353199" y="6296638"/>
                                  <a:ext cx="23496" cy="41469"/>
                                </a:xfrm>
                                <a:custGeom>
                                  <a:avLst/>
                                  <a:gdLst/>
                                  <a:ahLst/>
                                  <a:cxnLst/>
                                  <a:rect l="0" t="0" r="0" b="0"/>
                                  <a:pathLst>
                                    <a:path w="23496" h="41469">
                                      <a:moveTo>
                                        <a:pt x="1131" y="0"/>
                                      </a:moveTo>
                                      <a:cubicBezTo>
                                        <a:pt x="3240" y="0"/>
                                        <a:pt x="5335" y="254"/>
                                        <a:pt x="7342" y="800"/>
                                      </a:cubicBezTo>
                                      <a:cubicBezTo>
                                        <a:pt x="14593" y="2756"/>
                                        <a:pt x="19648" y="7963"/>
                                        <a:pt x="21566" y="15456"/>
                                      </a:cubicBezTo>
                                      <a:cubicBezTo>
                                        <a:pt x="23496" y="22962"/>
                                        <a:pt x="21540" y="29921"/>
                                        <a:pt x="16079" y="35002"/>
                                      </a:cubicBezTo>
                                      <a:cubicBezTo>
                                        <a:pt x="12714" y="38139"/>
                                        <a:pt x="8294" y="40247"/>
                                        <a:pt x="3659" y="41123"/>
                                      </a:cubicBezTo>
                                      <a:lnTo>
                                        <a:pt x="0" y="41469"/>
                                      </a:lnTo>
                                      <a:lnTo>
                                        <a:pt x="0" y="40079"/>
                                      </a:lnTo>
                                      <a:lnTo>
                                        <a:pt x="15822" y="33778"/>
                                      </a:lnTo>
                                      <a:cubicBezTo>
                                        <a:pt x="20159" y="29455"/>
                                        <a:pt x="22448" y="23247"/>
                                        <a:pt x="20511" y="15710"/>
                                      </a:cubicBezTo>
                                      <a:cubicBezTo>
                                        <a:pt x="17908" y="5500"/>
                                        <a:pt x="9615" y="1042"/>
                                        <a:pt x="1106" y="1042"/>
                                      </a:cubicBezTo>
                                      <a:lnTo>
                                        <a:pt x="0" y="1479"/>
                                      </a:lnTo>
                                      <a:lnTo>
                                        <a:pt x="0" y="429"/>
                                      </a:lnTo>
                                      <a:lnTo>
                                        <a:pt x="1131" y="0"/>
                                      </a:lnTo>
                                      <a:close/>
                                    </a:path>
                                  </a:pathLst>
                                </a:custGeom>
                                <a:solidFill>
                                  <a:srgbClr val="EB1E5B"/>
                                </a:solidFill>
                                <a:ln w="0" cap="flat">
                                  <a:noFill/>
                                  <a:miter lim="127000"/>
                                </a:ln>
                                <a:effectLst/>
                              </wps:spPr>
                              <wps:bodyPr/>
                            </wps:wsp>
                            <wps:wsp>
                              <wps:cNvPr id="6286" name="Shape 6286"/>
                              <wps:cNvSpPr/>
                              <wps:spPr>
                                <a:xfrm>
                                  <a:off x="346730" y="6299049"/>
                                  <a:ext cx="4082" cy="1615"/>
                                </a:xfrm>
                                <a:custGeom>
                                  <a:avLst/>
                                  <a:gdLst/>
                                  <a:ahLst/>
                                  <a:cxnLst/>
                                  <a:rect l="0" t="0" r="0" b="0"/>
                                  <a:pathLst>
                                    <a:path w="4082" h="1615">
                                      <a:moveTo>
                                        <a:pt x="4082" y="0"/>
                                      </a:moveTo>
                                      <a:lnTo>
                                        <a:pt x="0" y="1615"/>
                                      </a:lnTo>
                                      <a:lnTo>
                                        <a:pt x="3101" y="92"/>
                                      </a:lnTo>
                                      <a:lnTo>
                                        <a:pt x="4082" y="0"/>
                                      </a:lnTo>
                                      <a:close/>
                                    </a:path>
                                  </a:pathLst>
                                </a:custGeom>
                                <a:solidFill>
                                  <a:srgbClr val="68345F"/>
                                </a:solidFill>
                                <a:ln w="0" cap="flat">
                                  <a:noFill/>
                                  <a:miter lim="127000"/>
                                </a:ln>
                                <a:effectLst/>
                              </wps:spPr>
                              <wps:bodyPr/>
                            </wps:wsp>
                            <wps:wsp>
                              <wps:cNvPr id="6287" name="Shape 6287"/>
                              <wps:cNvSpPr/>
                              <wps:spPr>
                                <a:xfrm>
                                  <a:off x="330756" y="6297669"/>
                                  <a:ext cx="46825" cy="39510"/>
                                </a:xfrm>
                                <a:custGeom>
                                  <a:avLst/>
                                  <a:gdLst/>
                                  <a:ahLst/>
                                  <a:cxnLst/>
                                  <a:rect l="0" t="0" r="0" b="0"/>
                                  <a:pathLst>
                                    <a:path w="46825" h="39510">
                                      <a:moveTo>
                                        <a:pt x="23546" y="0"/>
                                      </a:moveTo>
                                      <a:cubicBezTo>
                                        <a:pt x="32055" y="0"/>
                                        <a:pt x="40348" y="4458"/>
                                        <a:pt x="42964" y="14669"/>
                                      </a:cubicBezTo>
                                      <a:cubicBezTo>
                                        <a:pt x="46825" y="29756"/>
                                        <a:pt x="33807" y="39510"/>
                                        <a:pt x="21285" y="39510"/>
                                      </a:cubicBezTo>
                                      <a:cubicBezTo>
                                        <a:pt x="12814" y="39510"/>
                                        <a:pt x="4572" y="35052"/>
                                        <a:pt x="1930" y="24753"/>
                                      </a:cubicBezTo>
                                      <a:cubicBezTo>
                                        <a:pt x="0" y="17190"/>
                                        <a:pt x="2276" y="11002"/>
                                        <a:pt x="6599" y="6704"/>
                                      </a:cubicBezTo>
                                      <a:lnTo>
                                        <a:pt x="15975" y="2995"/>
                                      </a:lnTo>
                                      <a:lnTo>
                                        <a:pt x="7823" y="6997"/>
                                      </a:lnTo>
                                      <a:cubicBezTo>
                                        <a:pt x="2972" y="11519"/>
                                        <a:pt x="1257" y="17729"/>
                                        <a:pt x="2984" y="24499"/>
                                      </a:cubicBezTo>
                                      <a:cubicBezTo>
                                        <a:pt x="4737" y="31306"/>
                                        <a:pt x="9245" y="36005"/>
                                        <a:pt x="15722" y="37745"/>
                                      </a:cubicBezTo>
                                      <a:cubicBezTo>
                                        <a:pt x="17526" y="38240"/>
                                        <a:pt x="19405" y="38468"/>
                                        <a:pt x="21298" y="38468"/>
                                      </a:cubicBezTo>
                                      <a:cubicBezTo>
                                        <a:pt x="27038" y="38468"/>
                                        <a:pt x="32893" y="36323"/>
                                        <a:pt x="37020" y="32487"/>
                                      </a:cubicBezTo>
                                      <a:cubicBezTo>
                                        <a:pt x="41897" y="27940"/>
                                        <a:pt x="43637" y="21704"/>
                                        <a:pt x="41910" y="14936"/>
                                      </a:cubicBezTo>
                                      <a:cubicBezTo>
                                        <a:pt x="40183" y="8204"/>
                                        <a:pt x="35661" y="3531"/>
                                        <a:pt x="29172" y="1778"/>
                                      </a:cubicBezTo>
                                      <a:cubicBezTo>
                                        <a:pt x="27356" y="1283"/>
                                        <a:pt x="25438" y="1054"/>
                                        <a:pt x="23520" y="1054"/>
                                      </a:cubicBezTo>
                                      <a:lnTo>
                                        <a:pt x="20056" y="1381"/>
                                      </a:lnTo>
                                      <a:lnTo>
                                        <a:pt x="23546" y="0"/>
                                      </a:lnTo>
                                      <a:close/>
                                    </a:path>
                                  </a:pathLst>
                                </a:custGeom>
                                <a:solidFill>
                                  <a:srgbClr val="68345F"/>
                                </a:solidFill>
                                <a:ln w="0" cap="flat">
                                  <a:noFill/>
                                  <a:miter lim="127000"/>
                                </a:ln>
                                <a:effectLst/>
                              </wps:spPr>
                              <wps:bodyPr/>
                            </wps:wsp>
                            <wps:wsp>
                              <wps:cNvPr id="6294" name="Rectangle 6294"/>
                              <wps:cNvSpPr/>
                              <wps:spPr>
                                <a:xfrm>
                                  <a:off x="179964" y="6371350"/>
                                  <a:ext cx="36890" cy="243839"/>
                                </a:xfrm>
                                <a:prstGeom prst="rect">
                                  <a:avLst/>
                                </a:prstGeom>
                                <a:ln>
                                  <a:noFill/>
                                </a:ln>
                              </wps:spPr>
                              <wps:txbx>
                                <w:txbxContent>
                                  <w:p w:rsidR="00E23D4E" w:rsidRDefault="00E23D4E" w:rsidP="00E23D4E">
                                    <w:pPr>
                                      <w:spacing w:after="160"/>
                                    </w:pPr>
                                    <w:r>
                                      <w:rPr>
                                        <w:rFonts w:ascii="Calibri" w:eastAsia="Calibri" w:hAnsi="Calibri" w:cs="Calibri"/>
                                        <w:i/>
                                      </w:rPr>
                                      <w:t xml:space="preserve"> </w:t>
                                    </w:r>
                                  </w:p>
                                </w:txbxContent>
                              </wps:txbx>
                              <wps:bodyPr horzOverflow="overflow" vert="horz" lIns="0" tIns="0" rIns="0" bIns="0" rtlCol="0">
                                <a:noAutofit/>
                              </wps:bodyPr>
                            </wps:wsp>
                          </wpg:wgp>
                        </a:graphicData>
                      </a:graphic>
                    </wp:inline>
                  </w:drawing>
                </mc:Choice>
                <mc:Fallback>
                  <w:pict>
                    <v:group id="Group 66185" o:spid="_x0000_s1026" style="width:213.8pt;height:121.5pt;mso-position-horizontal-relative:char;mso-position-vertical-relative:line" coordsize="55330,1024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">
                      <v:rect id="Rectangle 6255" o:spid="_x0000_s1027" style="position:absolute;top:57220;width:460;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JdsUA&#10;AADdAAAADwAAAGRycy9kb3ducmV2LnhtbESPQYvCMBSE74L/ITxhb5quoGg1iqiLHtUuuHt7NM+2&#10;bPNSmmirv94Iwh6HmfmGmS9bU4ob1a6wrOBzEIEgTq0uOFPwnXz1JyCcR9ZYWiYFd3KwXHQ7c4y1&#10;bfhIt5PPRICwi1FB7n0VS+nSnAy6ga2Ig3extUEfZJ1JXWMT4KaUwygaS4MFh4UcK1rnlP6drkbB&#10;blKtfvb20WTl9nd3Ppynm2TqlfrotasZCE+t/w+/23utYDwc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El2xQAAAN0AAAAPAAAAAAAAAAAAAAAAAJgCAABkcnMv&#10;ZG93bnJldi54bWxQSwUGAAAAAAQABAD1AAAAigMAAAAA&#10;" filled="f" stroked="f">
                        <v:textbox inset="0,0,0,0">
                          <w:txbxContent>
                            <w:p w:rsidR="00E23D4E" w:rsidRDefault="00E23D4E" w:rsidP="00E23D4E">
                              <w:pPr>
                                <w:spacing w:after="16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57" o:spid="_x0000_s1028" type="#_x0000_t75" style="position:absolute;left:6839;width:48490;height:102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SvzGAAAA3QAAAA8AAABkcnMvZG93bnJldi54bWxEj9FqwkAURN8L/YflFvoSdKNgWlJXqYIQ&#10;CZRq/YBL9poEs3fD7qrx77uC4OMwM2eY+XIwnbiQ861lBZNxCoK4srrlWsHhbzP6BOEDssbOMim4&#10;kYfl4vVljrm2V97RZR9qESHsc1TQhNDnUvqqIYN+bHvi6B2tMxiidLXUDq8Rbjo5TdNMGmw5LjTY&#10;07qh6rQ/GwXHskiSbTUpdqvTb7a9/ZS2TJxS72/D9xeIQEN4hh/tQivIprMPuL+JT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hK/MYAAADdAAAADwAAAAAAAAAAAAAA&#10;AACfAgAAZHJzL2Rvd25yZXYueG1sUEsFBgAAAAAEAAQA9wAAAJIDAAAAAA==&#10;">
                        <v:imagedata r:id="rId16" o:title=""/>
                      </v:shape>
                      <v:shape id="Shape 6258" o:spid="_x0000_s1029" style="position:absolute;left:6841;width:48489;height:58698;visibility:visible;mso-wrap-style:square;v-text-anchor:top" coordsize="4848987,586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ZlMMA&#10;AADdAAAADwAAAGRycy9kb3ducmV2LnhtbERPS2vCQBC+F/oflil4qxufSHSVNlRsL4Wq4HXMjkls&#10;djZkR5P+++6h0OPH915telerO7Wh8mxgNExAEefeVlwYOB62zwtQQZAt1p7JwA8F2KwfH1aYWt/x&#10;F933UqgYwiFFA6VIk2od8pIchqFviCN38a1DibAttG2xi+Gu1uMkmWuHFceGEhvKSsq/9zdn4DbK&#10;rp/TV93JLpOP2enM7m0yMWbw1L8sQQn18i/+c79bA/PxLM6N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zZlMMAAADdAAAADwAAAAAAAAAAAAAAAACYAgAAZHJzL2Rv&#10;d25yZXYueG1sUEsFBgAAAAAEAAQA9QAAAIgDAAAAAA==&#10;" path="m96990,c96990,,,,,96990l,5772887v,,,96990,96990,96990l4751998,5869877v,,96989,,96989,-96990l4848987,96990v,,,-96990,-96989,-96990l96990,xe" filled="f" strokecolor="#8f9294" strokeweight=".15839mm">
                        <v:stroke miterlimit="1" joinstyle="miter"/>
                        <v:path arrowok="t" textboxrect="0,0,4848987,5869877"/>
                      </v:shape>
                      <v:rect id="Rectangle 6259" o:spid="_x0000_s1030" style="position:absolute;left:12367;top:59010;width:28193;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Dc8UA&#10;AADdAAAADwAAAGRycy9kb3ducmV2LnhtbESPT4vCMBTE7wv7HcJb8LamKyi2GkVWFz36D9Tbo3m2&#10;xealNFlb/fRGEDwOM/MbZjxtTSmuVLvCsoKfbgSCOLW64EzBfvf3PQThPLLG0jIpuJGD6eTzY4yJ&#10;tg1v6Lr1mQgQdgkqyL2vEildmpNB17UVcfDOtjbog6wzqWtsAtyUshdFA2mw4LCQY0W/OaWX7b9R&#10;sBxWs+PK3pusXJyWh/Uhnu9ir1Tnq52NQHhq/Tv8aq+0gk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UNzxQAAAN0AAAAPAAAAAAAAAAAAAAAAAJgCAABkcnMv&#10;ZG93bnJldi54bWxQSwUGAAAAAAQABAD1AAAAigMAAAAA&#10;" filled="f" stroked="f">
                        <v:textbox inset="0,0,0,0">
                          <w:txbxContent>
                            <w:p w:rsidR="00E23D4E" w:rsidRDefault="00E23D4E" w:rsidP="00E23D4E">
                              <w:pPr>
                                <w:spacing w:after="160"/>
                              </w:pPr>
                              <w:r>
                                <w:rPr>
                                  <w:rFonts w:ascii="Calibri" w:eastAsia="Calibri" w:hAnsi="Calibri" w:cs="Calibri"/>
                                  <w:w w:val="104"/>
                                  <w:sz w:val="18"/>
                                </w:rPr>
                                <w:t>Hình</w:t>
                              </w:r>
                              <w:r>
                                <w:rPr>
                                  <w:rFonts w:ascii="Calibri" w:eastAsia="Calibri" w:hAnsi="Calibri" w:cs="Calibri"/>
                                  <w:spacing w:val="-3"/>
                                  <w:w w:val="104"/>
                                  <w:sz w:val="18"/>
                                </w:rPr>
                                <w:t xml:space="preserve"> </w:t>
                              </w:r>
                              <w:r>
                                <w:rPr>
                                  <w:rFonts w:ascii="Calibri" w:eastAsia="Calibri" w:hAnsi="Calibri" w:cs="Calibri"/>
                                  <w:w w:val="104"/>
                                  <w:sz w:val="18"/>
                                </w:rPr>
                                <w:t>4.7.</w:t>
                              </w:r>
                              <w:r>
                                <w:rPr>
                                  <w:rFonts w:ascii="Calibri" w:eastAsia="Calibri" w:hAnsi="Calibri" w:cs="Calibri"/>
                                  <w:spacing w:val="-3"/>
                                  <w:w w:val="104"/>
                                  <w:sz w:val="18"/>
                                </w:rPr>
                                <w:t xml:space="preserve"> </w:t>
                              </w:r>
                              <w:r>
                                <w:rPr>
                                  <w:rFonts w:ascii="Calibri" w:eastAsia="Calibri" w:hAnsi="Calibri" w:cs="Calibri"/>
                                  <w:w w:val="104"/>
                                  <w:sz w:val="18"/>
                                </w:rPr>
                                <w:t>Lược</w:t>
                              </w:r>
                              <w:r>
                                <w:rPr>
                                  <w:rFonts w:ascii="Calibri" w:eastAsia="Calibri" w:hAnsi="Calibri" w:cs="Calibri"/>
                                  <w:spacing w:val="-3"/>
                                  <w:w w:val="104"/>
                                  <w:sz w:val="18"/>
                                </w:rPr>
                                <w:t xml:space="preserve"> </w:t>
                              </w:r>
                              <w:r>
                                <w:rPr>
                                  <w:rFonts w:ascii="Calibri" w:eastAsia="Calibri" w:hAnsi="Calibri" w:cs="Calibri"/>
                                  <w:w w:val="104"/>
                                  <w:sz w:val="18"/>
                                </w:rPr>
                                <w:t>đồ</w:t>
                              </w:r>
                              <w:r>
                                <w:rPr>
                                  <w:rFonts w:ascii="Calibri" w:eastAsia="Calibri" w:hAnsi="Calibri" w:cs="Calibri"/>
                                  <w:spacing w:val="-3"/>
                                  <w:w w:val="104"/>
                                  <w:sz w:val="18"/>
                                </w:rPr>
                                <w:t xml:space="preserve"> </w:t>
                              </w:r>
                              <w:r>
                                <w:rPr>
                                  <w:rFonts w:ascii="Calibri" w:eastAsia="Calibri" w:hAnsi="Calibri" w:cs="Calibri"/>
                                  <w:w w:val="104"/>
                                  <w:sz w:val="18"/>
                                </w:rPr>
                                <w:t>hành</w:t>
                              </w:r>
                              <w:r>
                                <w:rPr>
                                  <w:rFonts w:ascii="Calibri" w:eastAsia="Calibri" w:hAnsi="Calibri" w:cs="Calibri"/>
                                  <w:spacing w:val="-3"/>
                                  <w:w w:val="104"/>
                                  <w:sz w:val="18"/>
                                </w:rPr>
                                <w:t xml:space="preserve"> </w:t>
                              </w:r>
                              <w:r>
                                <w:rPr>
                                  <w:rFonts w:ascii="Calibri" w:eastAsia="Calibri" w:hAnsi="Calibri" w:cs="Calibri"/>
                                  <w:w w:val="104"/>
                                  <w:sz w:val="18"/>
                                </w:rPr>
                                <w:t>chính</w:t>
                              </w:r>
                              <w:r>
                                <w:rPr>
                                  <w:rFonts w:ascii="Calibri" w:eastAsia="Calibri" w:hAnsi="Calibri" w:cs="Calibri"/>
                                  <w:spacing w:val="-3"/>
                                  <w:w w:val="104"/>
                                  <w:sz w:val="18"/>
                                </w:rPr>
                                <w:t xml:space="preserve"> </w:t>
                              </w:r>
                              <w:r>
                                <w:rPr>
                                  <w:rFonts w:ascii="Calibri" w:eastAsia="Calibri" w:hAnsi="Calibri" w:cs="Calibri"/>
                                  <w:w w:val="104"/>
                                  <w:sz w:val="18"/>
                                </w:rPr>
                                <w:t>tỉnh</w:t>
                              </w:r>
                              <w:r>
                                <w:rPr>
                                  <w:rFonts w:ascii="Calibri" w:eastAsia="Calibri" w:hAnsi="Calibri" w:cs="Calibri"/>
                                  <w:spacing w:val="-3"/>
                                  <w:w w:val="104"/>
                                  <w:sz w:val="18"/>
                                </w:rPr>
                                <w:t xml:space="preserve"> </w:t>
                              </w:r>
                              <w:r>
                                <w:rPr>
                                  <w:rFonts w:ascii="Calibri" w:eastAsia="Calibri" w:hAnsi="Calibri" w:cs="Calibri"/>
                                  <w:w w:val="104"/>
                                  <w:sz w:val="18"/>
                                </w:rPr>
                                <w:t>Bình</w:t>
                              </w:r>
                              <w:r>
                                <w:rPr>
                                  <w:rFonts w:ascii="Calibri" w:eastAsia="Calibri" w:hAnsi="Calibri" w:cs="Calibri"/>
                                  <w:spacing w:val="-3"/>
                                  <w:w w:val="104"/>
                                  <w:sz w:val="18"/>
                                </w:rPr>
                                <w:t xml:space="preserve"> </w:t>
                              </w:r>
                              <w:r>
                                <w:rPr>
                                  <w:rFonts w:ascii="Calibri" w:eastAsia="Calibri" w:hAnsi="Calibri" w:cs="Calibri"/>
                                  <w:w w:val="104"/>
                                  <w:sz w:val="18"/>
                                </w:rPr>
                                <w:t>Định</w:t>
                              </w:r>
                              <w:r>
                                <w:rPr>
                                  <w:rFonts w:ascii="Calibri" w:eastAsia="Calibri" w:hAnsi="Calibri" w:cs="Calibri"/>
                                  <w:spacing w:val="-3"/>
                                  <w:w w:val="104"/>
                                  <w:sz w:val="18"/>
                                </w:rPr>
                                <w:t xml:space="preserve"> </w:t>
                              </w:r>
                            </w:p>
                          </w:txbxContent>
                        </v:textbox>
                      </v:rect>
                      <v:rect id="Rectangle 66168" o:spid="_x0000_s1031" style="position:absolute;left:33565;top:59009;width:432;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dycMA&#10;AADeAAAADwAAAGRycy9kb3ducmV2LnhtbERPy4rCMBTdD/gP4QruxtRZFK2mRXQGXY4PUHeX5toW&#10;m5vSZGydrzcLweXhvBdZb2pxp9ZVlhVMxhEI4tzqigsFx8PP5xSE88gaa8uk4EEOsnTwscBE2453&#10;dN/7QoQQdgkqKL1vEildXpJBN7YNceCutjXoA2wLqVvsQrip5VcUxdJgxaGhxIZWJeW3/Z9RsJk2&#10;y/PW/ndF/X3ZnH5Ps/Vh5pUaDfvlHISn3r/FL/dWK4jjSR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1dycMAAADeAAAADwAAAAAAAAAAAAAAAACYAgAAZHJzL2Rv&#10;d25yZXYueG1sUEsFBgAAAAAEAAQA9QAAAIgDAAAAAA==&#10;" filled="f" stroked="f">
                        <v:textbox inset="0,0,0,0">
                          <w:txbxContent>
                            <w:p w:rsidR="00E23D4E" w:rsidRDefault="00E23D4E" w:rsidP="00E23D4E">
                              <w:pPr>
                                <w:spacing w:after="160"/>
                              </w:pPr>
                              <w:r>
                                <w:rPr>
                                  <w:rFonts w:ascii="Calibri" w:eastAsia="Calibri" w:hAnsi="Calibri" w:cs="Calibri"/>
                                  <w:i/>
                                  <w:w w:val="95"/>
                                  <w:sz w:val="18"/>
                                </w:rPr>
                                <w:t>(</w:t>
                              </w:r>
                            </w:p>
                          </w:txbxContent>
                        </v:textbox>
                      </v:rect>
                      <v:rect id="Rectangle 66170" o:spid="_x0000_s1032" style="position:absolute;left:33889;top:59009;width:1536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EsUA&#10;AADeAAAADwAAAGRycy9kb3ducmV2LnhtbESPy4rCMBSG9wO+QziCuzHVRdVqFPGCLmdUUHeH5tgW&#10;m5PSRFt9+sliwOXPf+ObLVpTiifVrrCsYNCPQBCnVhecKTgdt99jEM4jaywtk4IXOVjMO18zTLRt&#10;+JeeB5+JMMIuQQW591UipUtzMuj6tiIO3s3WBn2QdSZ1jU0YN6UcRlEsDRYcHnKsaJVTej88jILd&#10;uFpe9vbdZOXmujv/nCfr48Qr1eu2yykIT63/hP/be60gjgejABBwAg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scSxQAAAN4AAAAPAAAAAAAAAAAAAAAAAJgCAABkcnMv&#10;ZG93bnJldi54bWxQSwUGAAAAAAQABAD1AAAAigMAAAAA&#10;" filled="f" stroked="f">
                        <v:textbox inset="0,0,0,0">
                          <w:txbxContent>
                            <w:p w:rsidR="00E23D4E" w:rsidRDefault="00E23D4E" w:rsidP="00E23D4E">
                              <w:pPr>
                                <w:spacing w:after="160"/>
                              </w:pPr>
                              <w:r>
                                <w:rPr>
                                  <w:rFonts w:ascii="Calibri" w:eastAsia="Calibri" w:hAnsi="Calibri" w:cs="Calibri"/>
                                  <w:i/>
                                  <w:sz w:val="18"/>
                                </w:rPr>
                                <w:t>Nguồn:</w:t>
                              </w:r>
                              <w:r>
                                <w:rPr>
                                  <w:rFonts w:ascii="Calibri" w:eastAsia="Calibri" w:hAnsi="Calibri" w:cs="Calibri"/>
                                  <w:i/>
                                  <w:spacing w:val="-8"/>
                                  <w:sz w:val="18"/>
                                </w:rPr>
                                <w:t xml:space="preserve"> </w:t>
                              </w:r>
                              <w:r>
                                <w:rPr>
                                  <w:rFonts w:ascii="Calibri" w:eastAsia="Calibri" w:hAnsi="Calibri" w:cs="Calibri"/>
                                  <w:i/>
                                  <w:sz w:val="18"/>
                                </w:rPr>
                                <w:t>binhdinh.gov.vn)</w:t>
                              </w:r>
                              <w:r>
                                <w:rPr>
                                  <w:rFonts w:ascii="Calibri" w:eastAsia="Calibri" w:hAnsi="Calibri" w:cs="Calibri"/>
                                  <w:i/>
                                  <w:spacing w:val="-8"/>
                                  <w:sz w:val="18"/>
                                </w:rPr>
                                <w:t xml:space="preserve"> </w:t>
                              </w:r>
                            </w:p>
                          </w:txbxContent>
                        </v:textbox>
                      </v:rect>
                      <v:rect id="Rectangle 6261" o:spid="_x0000_s1033" style="position:absolute;left:45441;top:59010;width:6445;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FyMUA&#10;AADdAAAADwAAAGRycy9kb3ducmV2LnhtbESPT4vCMBTE7wt+h/CEva2pHopWo8juih79B9Xbo3m2&#10;ZZuX0kTb9dMbQfA4zMxvmNmiM5W4UeNKywqGgwgEcWZ1ybmC42H1NQbhPLLGyjIp+CcHi3nvY4aJ&#10;ti3v6Lb3uQgQdgkqKLyvEyldVpBBN7A1cfAutjHog2xyqRtsA9xUchRFsTRYclgosKbvgrK//dUo&#10;WI/r5Wlj721e/Z7X6Tad/BwmXqnPfrecgvDU+Xf41d5oBfEo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4XIxQAAAN0AAAAPAAAAAAAAAAAAAAAAAJgCAABkcnMv&#10;ZG93bnJldi54bWxQSwUGAAAAAAQABAD1AAAAigMAAAAA&#10;" filled="f" stroked="f">
                        <v:textbox inset="0,0,0,0">
                          <w:txbxContent>
                            <w:p w:rsidR="00E23D4E" w:rsidRDefault="00E23D4E" w:rsidP="00E23D4E">
                              <w:pPr>
                                <w:spacing w:after="160"/>
                              </w:pPr>
                              <w:r>
                                <w:rPr>
                                  <w:rFonts w:ascii="Calibri" w:eastAsia="Calibri" w:hAnsi="Calibri" w:cs="Calibri"/>
                                  <w:spacing w:val="-3"/>
                                  <w:sz w:val="18"/>
                                </w:rPr>
                                <w:t xml:space="preserve">                    </w:t>
                              </w:r>
                            </w:p>
                          </w:txbxContent>
                        </v:textbox>
                      </v:rect>
                      <v:shape id="Shape 6269" o:spid="_x0000_s1034" style="position:absolute;left:3320;top:62987;width:423;height:374;visibility:visible;mso-wrap-style:square;v-text-anchor:top" coordsize="42380,3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z3cEA&#10;AADdAAAADwAAAGRycy9kb3ducmV2LnhtbESPzQrCMBCE74LvEFbwIpraQ9FqFBEEEVT8eYClWdti&#10;sylN1Pr2RhA8DjPzDTNftqYST2pcaVnBeBSBIM6sLjlXcL1shhMQziNrrCyTgjc5WC66nTmm2r74&#10;RM+zz0WAsEtRQeF9nUrpsoIMupGtiYN3s41BH2STS93gK8BNJeMoSqTBksNCgTWtC8ru54dRcNsf&#10;9qsjHa/xoLxbGZ0Sl9NOqX6vXc1AeGr9P/xrb7WCJE6m8H0Tn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bM93BAAAA3QAAAA8AAAAAAAAAAAAAAAAAmAIAAGRycy9kb3du&#10;cmV2LnhtbFBLBQYAAAAABAAEAPUAAACGAwAAAAA=&#10;" path="m22263,v1918,,3823,229,5651,724c34404,2477,38925,7150,40640,13881v1740,6770,,13006,-4890,17552c31635,35268,25781,37415,20040,37415v-1892,,-3784,-229,-5587,-724c7988,34951,3467,30252,1727,23444,,16676,1714,10465,6553,5944,9601,3111,13602,1207,17818,419,19278,140,20777,,22263,xe" fillcolor="#16b794" stroked="f" strokeweight="0">
                        <v:stroke miterlimit="83231f" joinstyle="miter"/>
                        <v:path arrowok="t" textboxrect="0,0,42380,37415"/>
                      </v:shape>
                      <v:shape id="Shape 6270" o:spid="_x0000_s1035" style="position:absolute;left:3746;top:62210;width:72;height:129;visibility:visible;mso-wrap-style:square;v-text-anchor:top" coordsize="7252,1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QksIA&#10;AADdAAAADwAAAGRycy9kb3ducmV2LnhtbERPPW/CMBDdK/EfrEPqVhwYaBUwCCHRslVQIjIe9pEE&#10;4rMVGwj/vh4qdXx63/Nlb1txpy40jhWMRxkIYu1Mw5WCw8/m7QNEiMgGW8ek4EkBlovByxxz4x68&#10;o/s+ViKFcMhRQR2jz6UMuiaLYeQ8ceLOrrMYE+wqaTp8pHDbykmWTaXFhlNDjZ7WNenr/mYVxOJc&#10;fF5O5bcvV0Vp2i/tj6iVeh32qxmISH38F/+5t0bBdPKe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RCSwgAAAN0AAAAPAAAAAAAAAAAAAAAAAJgCAABkcnMvZG93&#10;bnJldi54bWxQSwUGAAAAAAQABAD1AAAAhwMAAAAA&#10;" path="m7252,l5413,5015,,12941,7252,xe" fillcolor="#eb1e5b" stroked="f" strokeweight="0">
                        <v:stroke miterlimit="83231f" joinstyle="miter"/>
                        <v:path arrowok="t" textboxrect="0,0,7252,12941"/>
                      </v:shape>
                      <v:shape id="Shape 6271" o:spid="_x0000_s1036" style="position:absolute;left:3190;top:62082;width:688;height:794;visibility:visible;mso-wrap-style:square;v-text-anchor:top" coordsize="68821,7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AX8YA&#10;AADdAAAADwAAAGRycy9kb3ducmV2LnhtbESPT2vCQBTE74V+h+UVequbeFCJriKlLYWC+B+Pz91n&#10;Es2+DdltjN++WxA8DjPzG2Yy62wlWmp86VhB2ktAEGtnSs4VbDefbyMQPiAbrByTght5mE2fnyaY&#10;GXflFbXrkIsIYZ+hgiKEOpPS64Is+p6riaN3co3FEGWTS9PgNcJtJftJMpAWS44LBdb0XpC+rH+t&#10;gp9Dq7/K5XGj093lWN/Oi/2HXyj1+tLNxyACdeERvre/jYJBf5jC/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XAX8YAAADdAAAADwAAAAAAAAAAAAAAAACYAgAAZHJz&#10;L2Rvd25yZXYueG1sUEsFBgAAAAAEAAQA9QAAAIsDAAAAAA==&#10;" path="m27592,r907,6586c23597,22892,8852,29547,3543,44686v-2921,8331,877,13805,9005,33503c68821,64358,21425,68130,48793,35606r6734,-9860l49631,36266c37871,50236,40335,57208,41961,61819v800,2272,1485,4228,355,6223c40360,71483,33198,74188,12814,79204r-914,217l11544,78583c10071,75014,8738,71903,7569,69172,2210,56713,,51557,2527,44355,5131,36913,10020,31414,14745,26093,19774,20441,24968,14587,27445,6306l27592,xe" fillcolor="#eb1e5b" stroked="f" strokeweight="0">
                        <v:stroke miterlimit="83231f" joinstyle="miter"/>
                        <v:path arrowok="t" textboxrect="0,0,68821,79421"/>
                      </v:shape>
                      <v:shape id="Shape 6272" o:spid="_x0000_s1037" style="position:absolute;left:3457;top:62017;width:10;height:65;visibility:visible;mso-wrap-style:square;v-text-anchor:top" coordsize="1017,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wOMQA&#10;AADdAAAADwAAAGRycy9kb3ducmV2LnhtbESPQYvCMBSE7wv7H8Jb8LamW1BLNYosuyDixSqIt0fz&#10;bKvNS2mirf/eCILHYWa+YWaL3tTiRq2rLCv4GUYgiHOrKy4U7Hf/3wkI55E11pZJwZ0cLOafHzNM&#10;te14S7fMFyJA2KWooPS+SaV0eUkG3dA2xME72dagD7ItpG6xC3BTyziKxtJgxWGhxIZ+S8ov2dUo&#10;SKIiH527wzHZ+IQOa5f9xf1dqcFXv5yC8NT7d/jVXmkF43gS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MDjEAAAA3QAAAA8AAAAAAAAAAAAAAAAAmAIAAGRycy9k&#10;b3ducmV2LnhtbFBLBQYAAAAABAAEAPUAAACJAwAAAAA=&#10;" path="m,l1017,1460,898,6524,,xe" fillcolor="#eb1e5b" stroked="f" strokeweight="0">
                        <v:stroke miterlimit="83231f" joinstyle="miter"/>
                        <v:path arrowok="t" textboxrect="0,0,1017,6524"/>
                      </v:shape>
                      <v:shape id="Shape 6274" o:spid="_x0000_s1038" style="position:absolute;left:3357;top:61930;width:59;height:27;visibility:visible;mso-wrap-style:square;v-text-anchor:top" coordsize="588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70McA&#10;AADdAAAADwAAAGRycy9kb3ducmV2LnhtbESPT2vCQBTE70K/w/IK3nRTCVZTVxFRbOvJ1D/X1+xr&#10;Es2+DdltTL99tyD0OMzMb5jZojOVaKlxpWUFT8MIBHFmdcm5gsPHZjAB4TyyxsoyKfghB4v5Q2+G&#10;ibY33lOb+lwECLsEFRTe14mULivIoBvamjh4X7Yx6INscqkbvAW4qeQoisbSYMlhocCaVgVl1/Tb&#10;KPh8350va+2O8d6n2/ak60M8fVOq/9gtX0B46vx/+N5+1QrGo+cY/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U+9DHAAAA3QAAAA8AAAAAAAAAAAAAAAAAmAIAAGRy&#10;cy9kb3ducmV2LnhtbFBLBQYAAAAABAAEAPUAAACMAwAAAAA=&#10;" path="m,l5035,1541r846,1215l,xe" fillcolor="#eb1e5b" stroked="f" strokeweight="0">
                        <v:stroke miterlimit="83231f" joinstyle="miter"/>
                        <v:path arrowok="t" textboxrect="0,0,5881,2756"/>
                      </v:shape>
                      <v:shape id="Shape 6275" o:spid="_x0000_s1039" style="position:absolute;left:2684;top:61840;width:673;height:258;visibility:visible;mso-wrap-style:square;v-text-anchor:top" coordsize="67355,2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wVcYA&#10;AADdAAAADwAAAGRycy9kb3ducmV2LnhtbESPQWvCQBSE7wX/w/IEL6VuFLVt6ipBEIJ4MbbQ42P3&#10;NQnNvg3ZVeO/dwXB4zAz3zDLdW8bcabO144VTMYJCGLtTM2lgu/j9u0DhA/IBhvHpOBKHtarwcsS&#10;U+MufKBzEUoRIexTVFCF0KZSel2RRT92LXH0/lxnMUTZldJ0eIlw28hpkiykxZrjQoUtbSrS/8XJ&#10;KnA/k9/ZJsvm+VHmTa1f9c597pUaDfvsC0SgPjzDj3ZuFCym73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wVcYAAADdAAAADwAAAAAAAAAAAAAAAACYAgAAZHJz&#10;L2Rvd25yZXYueG1sUEsFBgAAAAAEAAQA9QAAAIsDAAAAAA==&#10;" path="m8719,l1448,7692c15303,20037,19926,24761,23609,24761v4077,,6998,-5766,19939,-13386c49911,7641,55867,6028,61049,6028r6306,2955l61099,7069v-5257,,-11112,1753,-16992,5208c37795,15985,33921,19236,31077,21624v-3201,2667,-5233,4204,-7506,4204c20053,25828,15977,22170,6198,13381,4547,11895,2718,10258,699,8454l,7831,559,7083,8719,xe" fillcolor="#eb1e5b" stroked="f" strokeweight="0">
                        <v:stroke miterlimit="83231f" joinstyle="miter"/>
                        <v:path arrowok="t" textboxrect="0,0,67355,25828"/>
                      </v:shape>
                      <v:shape id="Shape 6276" o:spid="_x0000_s1040" style="position:absolute;left:2771;top:61712;width:147;height:128;visibility:visible;mso-wrap-style:square;v-text-anchor:top" coordsize="14756,1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bO8QA&#10;AADdAAAADwAAAGRycy9kb3ducmV2LnhtbESPX2vCMBTF3wd+h3CFvc1UN+rojCLKhrAntQh7uzR3&#10;TbC5KU1WOz/9MhB8PJw/P85iNbhG9NQF61nBdJKBIK68tlwrKI/vT68gQkTW2HgmBb8UYLUcPSyw&#10;0P7Ce+oPsRZphEOBCkyMbSFlqAw5DBPfEifv23cOY5JdLXWHlzTuGjnLslw6tJwIBlvaGKrOhx+X&#10;IJ92s22vJ/NCX5Fq67P++aNU6nE8rN9ARBriPXxr77SCfDbP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WzvEAAAA3QAAAA8AAAAAAAAAAAAAAAAAmAIAAGRycy9k&#10;b3ducmV2LnhtbFBLBQYAAAAABAAEAPUAAACJAwAAAAA=&#10;" path="m14756,l,12808,7690,4673,14756,xe" fillcolor="#eb1e5b" stroked="f" strokeweight="0">
                        <v:stroke miterlimit="83231f" joinstyle="miter"/>
                        <v:path arrowok="t" textboxrect="0,0,14756,12808"/>
                      </v:shape>
                      <v:shape id="Shape 6277" o:spid="_x0000_s1041" style="position:absolute;left:3637;top:61635;width:253;height:575;visibility:visible;mso-wrap-style:square;v-text-anchor:top" coordsize="25302,5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8YMIA&#10;AADdAAAADwAAAGRycy9kb3ducmV2LnhtbESPzarCMBSE94LvEI7gThNdqFSj3KsU3PqzcXdojm3v&#10;bU5qE7X69EYQXA4z8w2zWLW2EjdqfOlYw2ioQBBnzpScazge0sEMhA/IBivHpOFBHlbLbmeBiXF3&#10;3tFtH3IRIewT1FCEUCdS+qwgi37oauLonV1jMUTZ5NI0eI9wW8mxUhNpseS4UGBN64Ky//3Vati4&#10;0zGo506lxvHvJZ1lsvzzWvd77c8cRKA2fMOf9tZomIynU3i/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vxgwgAAAN0AAAAPAAAAAAAAAAAAAAAAAJgCAABkcnMvZG93&#10;bnJldi54bWxQSwUGAAAAAAQABAD1AAAAhwMAAAAA&#10;" path="m,l5236,1833v7249,4846,12805,11338,16031,19053c24924,29656,25302,39378,22534,49559r-4464,7964l22265,46084c24414,35630,22978,26278,18940,18455l,xe" fillcolor="#eb1e5b" stroked="f" strokeweight="0">
                        <v:stroke miterlimit="83231f" joinstyle="miter"/>
                        <v:path arrowok="t" textboxrect="0,0,25302,57523"/>
                      </v:shape>
                      <v:shape id="Shape 6278" o:spid="_x0000_s1042" style="position:absolute;left:3637;top:61635;width:0;height:0;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Ci8IA&#10;AADdAAAADwAAAGRycy9kb3ducmV2LnhtbERPy2oCMRTdF/oP4Ra6q5m60DoapSjSUunCB+LyOrlO&#10;Bic3IYk6/n2zKLg8nPdk1tlWXCnExrGC914BgrhyuuFawW67fPsAEROyxtYxKbhThNn0+WmCpXY3&#10;XtN1k2qRQziWqMCk5EspY2XIYuw5T5y5kwsWU4ahljrgLYfbVvaLYiAtNpwbDHqaG6rOm4tVsP/y&#10;ZtX+LNzKHC7zNR9/g8eRUq8v3ecYRKIuPcT/7m+tYNAf5rn5TX4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EKLwgAAAN0AAAAPAAAAAAAAAAAAAAAAAJgCAABkcnMvZG93&#10;bnJldi54bWxQSwUGAAAAAAQABAD1AAAAhwMAAAAA&#10;" path="m,l13,2r2,3l,xe" fillcolor="#eb1e5b" stroked="f" strokeweight="0">
                        <v:stroke miterlimit="83231f" joinstyle="miter"/>
                        <v:path arrowok="t" textboxrect="0,0,15,5"/>
                      </v:shape>
                      <v:shape id="Shape 6279" o:spid="_x0000_s1043" style="position:absolute;left:2918;top:61557;width:719;height:155;visibility:visible;mso-wrap-style:square;v-text-anchor:top" coordsize="71892,15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s58cA&#10;AADdAAAADwAAAGRycy9kb3ducmV2LnhtbESPW2vCQBSE34X+h+UUfNONCl5SVymKIhaReCn4dsge&#10;k9Ds2ZBdNf333YLg4zAz3zDTeWNKcafaFZYV9LoRCOLU6oIzBafjqjMG4TyyxtIyKfglB/PZW2uK&#10;sbYPTuh+8JkIEHYxKsi9r2IpXZqTQde1FXHwrrY26IOsM6lrfAS4KWU/iobSYMFhIceKFjmlP4eb&#10;UVAi6a/kvN5fvi+7wX652CaDNSrVfm8+P0B4avwr/GxvtIJhfzSB/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t7OfHAAAA3QAAAA8AAAAAAAAAAAAAAAAAmAIAAGRy&#10;cy9kb3ducmV2LnhtbFBLBQYAAAAABAAEAPUAAACMAwAAAAA=&#10;" path="m43034,v2642,,5284,153,7925,445l71892,7773,43238,1054c32265,1054,20600,3646,9353,9308l,15493,7206,9238c18473,3210,30690,,43034,xe" fillcolor="#eb1e5b" stroked="f" strokeweight="0">
                        <v:stroke miterlimit="83231f" joinstyle="miter"/>
                        <v:path arrowok="t" textboxrect="0,0,71892,15493"/>
                      </v:shape>
                      <v:shape id="Shape 6280" o:spid="_x0000_s1044" style="position:absolute;left:3671;top:61668;width:20;height:19;visibility:visible;mso-wrap-style:square;v-text-anchor:top" coordsize="1977,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m1MEA&#10;AADdAAAADwAAAGRycy9kb3ducmV2LnhtbERPTYvCMBC9L+x/CLPgbTutB5FqlEVYEHpaFaS3oRnb&#10;YjMpTbRdf705CB4f73u9nWyn7jz41omGLElBsVTOtFJrOB1/v5egfCAx1DlhDf/sYbv5/FhTbtwo&#10;f3w/hFrFEPE5aWhC6HNEXzVsySeuZ4ncxQ2WQoRDjWagMYbbDudpukBLrcSGhnreNVxdDzergR+Y&#10;ZUV5KlrcYTV25/JYFqXWs6/pZwUq8BTe4pd7bzQs5su4P76JTw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FptTBAAAA3QAAAA8AAAAAAAAAAAAAAAAAmAIAAGRycy9kb3du&#10;cmV2LnhtbFBLBQYAAAAABAAEAPUAAACGAwAAAAA=&#10;" path="m,l497,174,1977,1926,,xe" fillcolor="#68345f" stroked="f" strokeweight="0">
                        <v:stroke miterlimit="83231f" joinstyle="miter"/>
                        <v:path arrowok="t" textboxrect="0,0,1977,1926"/>
                      </v:shape>
                      <v:shape id="Shape 6281" o:spid="_x0000_s1045" style="position:absolute;left:3450;top:61591;width:221;height:77;visibility:visible;mso-wrap-style:square;v-text-anchor:top" coordsize="22123,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X+MQA&#10;AADdAAAADwAAAGRycy9kb3ducmV2LnhtbESPQWsCMRSE7wX/Q3hCbzXrHkRWo4igVOhBrSLeHpvn&#10;bnDzsiTpuv57Uyj0OMzMN8x82dtGdOSDcaxgPMpAEJdOG64UnL43H1MQISJrbByTgicFWC4Gb3Ms&#10;tHvwgbpjrESCcChQQR1jW0gZyposhpFriZN3c95iTNJXUnt8JLhtZJ5lE2nRcFqosaV1TeX9+GMV&#10;7PLL9ssfTNchmlbvrvG5P2ul3of9agYiUh//w3/tT61gkk/H8PsmP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l/jEAAAA3QAAAA8AAAAAAAAAAAAAAAAAmAIAAGRycy9k&#10;b3ducmV2LnhtbFBLBQYAAAAABAAEAPUAAACJAwAAAAA=&#10;" path="m,l18706,4385r3417,3328l,xe" fillcolor="#68345f" stroked="f" strokeweight="0">
                        <v:stroke miterlimit="83231f" joinstyle="miter"/>
                        <v:path arrowok="t" textboxrect="0,0,22123,7713"/>
                      </v:shape>
                      <v:shape id="Shape 6282" o:spid="_x0000_s1046" style="position:absolute;left:3409;top:61581;width:41;height:10;visibility:visible;mso-wrap-style:square;v-text-anchor:top" coordsize="411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4xB8MA&#10;AADdAAAADwAAAGRycy9kb3ducmV2LnhtbESP3YrCMBSE74V9h3AE72xqkVK6RhFhQYQF7e4DHJpj&#10;f2xOSpNq9+2NIOzlMDPfMJvdZDpxp8E1lhWsohgEcWl1w5WC35+vZQbCeWSNnWVS8EcOdtuP2QZz&#10;bR98oXvhKxEg7HJUUHvf51K6siaDLrI9cfCudjDogxwqqQd8BLjpZBLHqTTYcFiosadDTeWtGI0C&#10;uf7mxp7jrB1voyna9Jyc2r1Si/m0/wThafL/4Xf7qBWkSZbA60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4xB8MAAADdAAAADwAAAAAAAAAAAAAAAACYAgAAZHJzL2Rv&#10;d25yZXYueG1sUEsFBgAAAAAEAAQA9QAAAIgDAAAAAA==&#10;" path="m,l1598,88,4111,964,,xe" fillcolor="#68345f" stroked="f" strokeweight="0">
                        <v:stroke miterlimit="83231f" joinstyle="miter"/>
                        <v:path arrowok="t" textboxrect="0,0,4111,964"/>
                      </v:shape>
                      <v:shape id="Shape 6283" o:spid="_x0000_s1047" style="position:absolute;left:2698;top:61568;width:1209;height:1296;visibility:visible;mso-wrap-style:square;v-text-anchor:top" coordsize="120960,12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nm8QA&#10;AADdAAAADwAAAGRycy9kb3ducmV2LnhtbESPQYvCMBSE74L/ITzBm6YqilSjiOIquyddvT+aZ1ts&#10;XkqT1dRfbxYW9jjMzDfMch1MJR7UuNKygtEwAUGcWV1yruDyvR/MQTiPrLGyTApacrBedTtLTLV9&#10;8okeZ5+LCGGXooLC+zqV0mUFGXRDWxNH72Ybgz7KJpe6wWeEm0qOk2QmDZYcFwqsaVtQdj//GAW7&#10;19e0nR7DvcqvH6fD9dZ+htdWqX4vbBYgPAX/H/5rH7WC2Xg+gd838Qn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Z5vEAAAA3QAAAA8AAAAAAAAAAAAAAAAAmAIAAGRycy9k&#10;b3ducmV2LnhtbFBLBQYAAAAABAAEAPUAAACJAwAAAAA=&#10;" path="m65265,r5857,1373l65062,1041c41338,1041,18059,13271,1448,34798v1740,1562,3340,2985,4788,4305c15608,47511,19253,50788,22187,50788v1867,,3441,-1321,6032,-3493c31115,44869,35090,41542,41554,37744v4318,-2539,8661,-4203,12789,-4991c56172,32410,57963,32233,59702,32233v4712,,9030,1282,12573,3873c78930,40958,81419,49467,78765,58306,76149,67018,70802,73051,65621,78880,60820,84278,56286,89383,53810,96445v-2261,6451,-280,11062,4991,23355c59893,122327,61112,125172,62446,128398v18287,-4521,25679,-7226,27203,-9894c90296,117362,89915,116155,89141,113958v-1778,-5055,-4471,-12675,8039,-27559c114515,65811,120205,45212,113194,28397l99332,11976r13551,13202c120960,40825,118624,62586,98018,87047v-27356,32537,20041,28753,-36233,42583c53644,109932,49860,104459,52781,96127,58089,80989,72834,74333,77724,58027,81724,44679,73393,33274,59613,33274v-5194,,-11150,1625,-17500,5347c29159,46241,26238,52007,22174,52007,18491,52007,13856,47282,,34937,18605,10363,43332,,65265,xe" fillcolor="#68345f" stroked="f" strokeweight="0">
                        <v:stroke miterlimit="83231f" joinstyle="miter"/>
                        <v:path arrowok="t" textboxrect="0,0,120960,129630"/>
                      </v:shape>
                      <v:shape id="Shape 6284" o:spid="_x0000_s1048" style="position:absolute;left:3297;top:62970;width:234;height:412;visibility:visible;mso-wrap-style:square;v-text-anchor:top" coordsize="23494,4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yX8cA&#10;AADdAAAADwAAAGRycy9kb3ducmV2LnhtbESPT2vCQBTE74LfYXlCL1I3DSIhdRUtaL14qH8OvT2y&#10;r0k0+zbsbmP67V2h4HGYmd8w82VvGtGR87VlBW+TBARxYXXNpYLTcfOagfABWWNjmRT8kYflYjiY&#10;Y67tjb+oO4RSRAj7HBVUIbS5lL6oyKCf2JY4ej/WGQxRulJqh7cIN41Mk2QmDdYcFyps6aOi4nr4&#10;NQoun7jeJ+n423Vun2bbbdOeu41SL6N+9Q4iUB+e4f/2TiuYpdkU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E8l/HAAAA3QAAAA8AAAAAAAAAAAAAAAAAmAIAAGRy&#10;cy9kb3ducmV2LnhtbFBLBQYAAAAABAAEAPUAAACMAwAAAAA=&#10;" path="m23494,r,1050l7649,7312c3324,11608,1048,17796,2985,25365,5613,35653,13868,40110,22339,40110r1155,-460l23494,41040r-1180,112c20231,41152,18148,40898,16167,40352,8915,38396,3874,33176,1943,25619,,18101,1943,11167,7366,6112l23494,xe" fillcolor="#eb1e5b" stroked="f" strokeweight="0">
                        <v:stroke miterlimit="83231f" joinstyle="miter"/>
                        <v:path arrowok="t" textboxrect="0,0,23494,41152"/>
                      </v:shape>
                      <v:shape id="Shape 6285" o:spid="_x0000_s1049" style="position:absolute;left:3531;top:62966;width:235;height:415;visibility:visible;mso-wrap-style:square;v-text-anchor:top" coordsize="23496,4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AVcAA&#10;AADdAAAADwAAAGRycy9kb3ducmV2LnhtbESPzarCMBSE9xd8h3AEd9fUgiLVKMXLBXHl7/7QHNtq&#10;c1KbWOvbG0FwOczMN8x82ZlKtNS40rKC0TACQZxZXXKu4Hj4/52CcB5ZY2WZFDzJwXLR+5ljou2D&#10;d9TufS4ChF2CCgrv60RKlxVk0A1tTRy8s20M+iCbXOoGHwFuKhlH0UQaLDksFFjTqqDsur8bBfp4&#10;wTTbnTimdNv+mQ3dyJBSg36XzkB46vw3/GmvtYJJPB3D+014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xAVcAAAADdAAAADwAAAAAAAAAAAAAAAACYAgAAZHJzL2Rvd25y&#10;ZXYueG1sUEsFBgAAAAAEAAQA9QAAAIUDAAAAAA==&#10;" path="m1131,c3240,,5335,254,7342,800v7251,1956,12306,7163,14224,14656c23496,22962,21540,29921,16079,35002,12714,38139,8294,40247,3659,41123l,41469,,40079,15822,33778v4337,-4323,6626,-10531,4689,-18068c17908,5500,9615,1042,1106,1042l,1479,,429,1131,xe" fillcolor="#eb1e5b" stroked="f" strokeweight="0">
                        <v:stroke miterlimit="83231f" joinstyle="miter"/>
                        <v:path arrowok="t" textboxrect="0,0,23496,41469"/>
                      </v:shape>
                      <v:shape id="Shape 6286" o:spid="_x0000_s1050" style="position:absolute;left:3467;top:62990;width:41;height:16;visibility:visible;mso-wrap-style:square;v-text-anchor:top" coordsize="408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5ZsYA&#10;AADdAAAADwAAAGRycy9kb3ducmV2LnhtbESPQWvCQBSE7wX/w/IEb3UT0RBTVxGpINhLoxaPj+xr&#10;Epp9m2bXmP77bqHgcZiZb5jVZjCN6KlztWUF8TQCQVxYXXOp4HzaP6cgnEfW2FgmBT/kYLMePa0w&#10;0/bO79TnvhQBwi5DBZX3bSalKyoy6Ka2JQ7ep+0M+iC7UuoO7wFuGjmLokQarDksVNjSrqLiK78Z&#10;BX2++I6vl6WP96/p8e3DXm+4mCs1GQ/bFxCeBv8I/7cPWkEyS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R5ZsYAAADdAAAADwAAAAAAAAAAAAAAAACYAgAAZHJz&#10;L2Rvd25yZXYueG1sUEsFBgAAAAAEAAQA9QAAAIsDAAAAAA==&#10;" path="m4082,l,1615,3101,92,4082,xe" fillcolor="#68345f" stroked="f" strokeweight="0">
                        <v:stroke miterlimit="83231f" joinstyle="miter"/>
                        <v:path arrowok="t" textboxrect="0,0,4082,1615"/>
                      </v:shape>
                      <v:shape id="Shape 6287" o:spid="_x0000_s1051" style="position:absolute;left:3307;top:62976;width:468;height:395;visibility:visible;mso-wrap-style:square;v-text-anchor:top" coordsize="46825,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IfsYA&#10;AADdAAAADwAAAGRycy9kb3ducmV2LnhtbESPQWsCMRSE74L/ITyhN81WqJWtUYooFEoLVXvo7XXz&#10;3Oy6eVmSqNv+eiMIHoeZ+YaZLTrbiBP5UDlW8DjKQBAXTldcKtht18MpiBCRNTaOScEfBVjM+70Z&#10;5tqd+YtOm1iKBOGQowITY5tLGQpDFsPItcTJ2ztvMSbpS6k9nhPcNnKcZRNpseK0YLClpaHisDla&#10;Be9P25//7hPjb00rf5T12nzU30o9DLrXFxCRungP39pvWsFkPH2G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iIfsYAAADdAAAADwAAAAAAAAAAAAAAAACYAgAAZHJz&#10;L2Rvd25yZXYueG1sUEsFBgAAAAAEAAQA9QAAAIsDAAAAAA==&#10;" path="m23546,v8509,,16802,4458,19418,14669c46825,29756,33807,39510,21285,39510,12814,39510,4572,35052,1930,24753,,17190,2276,11002,6599,6704l15975,2995,7823,6997c2972,11519,1257,17729,2984,24499v1753,6807,6261,11506,12738,13246c17526,38240,19405,38468,21298,38468v5740,,11595,-2145,15722,-5981c41897,27940,43637,21704,41910,14936,40183,8204,35661,3531,29172,1778,27356,1283,25438,1054,23520,1054r-3464,327l23546,xe" fillcolor="#68345f" stroked="f" strokeweight="0">
                        <v:stroke miterlimit="83231f" joinstyle="miter"/>
                        <v:path arrowok="t" textboxrect="0,0,46825,39510"/>
                      </v:shape>
                      <v:rect id="Rectangle 6294" o:spid="_x0000_s1052" style="position:absolute;left:1799;top:63713;width:36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Wd8UA&#10;AADdAAAADwAAAGRycy9kb3ducmV2LnhtbESPT4vCMBTE7wv7HcJb8LamKyK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VZ3xQAAAN0AAAAPAAAAAAAAAAAAAAAAAJgCAABkcnMv&#10;ZG93bnJldi54bWxQSwUGAAAAAAQABAD1AAAAigMAAAAA&#10;" filled="f" stroked="f">
                        <v:textbox inset="0,0,0,0">
                          <w:txbxContent>
                            <w:p w:rsidR="00E23D4E" w:rsidRDefault="00E23D4E" w:rsidP="00E23D4E">
                              <w:pPr>
                                <w:spacing w:after="160"/>
                              </w:pPr>
                              <w:r>
                                <w:rPr>
                                  <w:rFonts w:ascii="Calibri" w:eastAsia="Calibri" w:hAnsi="Calibri" w:cs="Calibri"/>
                                  <w:i/>
                                </w:rPr>
                                <w:t xml:space="preserve"> </w:t>
                              </w:r>
                            </w:p>
                          </w:txbxContent>
                        </v:textbox>
                      </v:rect>
                      <w10:anchorlock/>
                    </v:group>
                  </w:pict>
                </mc:Fallback>
              </mc:AlternateContent>
            </w:r>
          </w:p>
          <w:p w:rsidR="00E23D4E" w:rsidRDefault="00E23D4E" w:rsidP="00D32532">
            <w:pPr>
              <w:autoSpaceDE w:val="0"/>
              <w:autoSpaceDN w:val="0"/>
              <w:rPr>
                <w:rFonts w:ascii="Times New Roman" w:eastAsia="Times New Roman Bold" w:hAnsi="Times New Roman" w:cs="Times New Roman"/>
                <w:sz w:val="26"/>
                <w:szCs w:val="26"/>
              </w:rPr>
            </w:pPr>
          </w:p>
          <w:p w:rsidR="00E5211E" w:rsidRDefault="00E5211E" w:rsidP="00D32532">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 Nêu những tiềm năng, thuận lợi để phát triển kinh tế của tỉnh Bình Định. Với những lợi thế đó, Bình Định đã phát triển những ngàng nghề kinh tế nào?</w:t>
            </w:r>
          </w:p>
          <w:p w:rsidR="00E5211E" w:rsidRDefault="00E5211E" w:rsidP="00D32532">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 Những khó khăn của tỉnh Bình Định trong phát triển kinh tế là gì?? Đọc thông tin và quan sát hình 4.8 Đến hình 4.11, cho biết tên từng loại hình du lịch ở tỉnh Bình Định ứ</w:t>
            </w:r>
            <w:r w:rsidR="00324E14">
              <w:rPr>
                <w:rFonts w:ascii="Times New Roman" w:eastAsia="Times New Roman Bold" w:hAnsi="Times New Roman" w:cs="Times New Roman"/>
                <w:sz w:val="26"/>
                <w:szCs w:val="26"/>
              </w:rPr>
              <w:t>ng vớ</w:t>
            </w:r>
            <w:r>
              <w:rPr>
                <w:rFonts w:ascii="Times New Roman" w:eastAsia="Times New Roman Bold" w:hAnsi="Times New Roman" w:cs="Times New Roman"/>
                <w:sz w:val="26"/>
                <w:szCs w:val="26"/>
              </w:rPr>
              <w:t>i mỗi hình?</w:t>
            </w:r>
          </w:p>
          <w:p w:rsidR="00E5211E" w:rsidRDefault="00E5211E" w:rsidP="00D32532">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Đọc em có biết</w:t>
            </w:r>
          </w:p>
          <w:p w:rsidR="00E5211E" w:rsidRDefault="00E5211E" w:rsidP="00D32532">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 Kể tên một số địa điểm du lịch ở tỉnh Bình Định mà em biết. Đặc điểm nổi bật du lịch của tỉnh Bình Định là gì?</w:t>
            </w:r>
          </w:p>
          <w:p w:rsidR="00E5211E" w:rsidRPr="00E00DA0" w:rsidRDefault="00E5211E" w:rsidP="00E5211E">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Quan sát hình 4.12</w:t>
            </w:r>
            <w:proofErr w:type="gramStart"/>
            <w:r>
              <w:rPr>
                <w:rFonts w:ascii="Times New Roman" w:eastAsia="Times New Roman Bold" w:hAnsi="Times New Roman" w:cs="Times New Roman"/>
                <w:sz w:val="26"/>
                <w:szCs w:val="26"/>
              </w:rPr>
              <w:t>,1.13,4.14,4.15,4.16,4.17</w:t>
            </w:r>
            <w:proofErr w:type="gramEnd"/>
            <w:r>
              <w:rPr>
                <w:rFonts w:ascii="Times New Roman" w:eastAsia="Times New Roman Bold" w:hAnsi="Times New Roman" w:cs="Times New Roman"/>
                <w:sz w:val="26"/>
                <w:szCs w:val="26"/>
              </w:rPr>
              <w:t xml:space="preserve"> đọc thông tin và cho biết </w:t>
            </w:r>
            <w:r w:rsidR="00D71DA5">
              <w:rPr>
                <w:rFonts w:ascii="Times New Roman" w:eastAsia="Times New Roman Bold" w:hAnsi="Times New Roman" w:cs="Times New Roman"/>
                <w:sz w:val="26"/>
                <w:szCs w:val="26"/>
              </w:rPr>
              <w:t>đặc điểm của ngành kinh tế ngư nghiệp, nông nghiệp, giao thông vận tải- du lịch cảng và logistic, công nghiệp?</w:t>
            </w:r>
          </w:p>
        </w:tc>
      </w:tr>
      <w:tr w:rsidR="00D713CE" w:rsidRPr="00E00DA0" w:rsidTr="008522E9">
        <w:tc>
          <w:tcPr>
            <w:tcW w:w="4003" w:type="dxa"/>
          </w:tcPr>
          <w:p w:rsidR="00D713CE" w:rsidRPr="00E00DA0" w:rsidRDefault="0051143C" w:rsidP="004B3503">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lastRenderedPageBreak/>
              <w:t>c) Sản phẩm:</w:t>
            </w:r>
          </w:p>
        </w:tc>
        <w:tc>
          <w:tcPr>
            <w:tcW w:w="6337" w:type="dxa"/>
          </w:tcPr>
          <w:p w:rsidR="00D713CE" w:rsidRPr="00E00DA0" w:rsidRDefault="00D713CE" w:rsidP="00B07347">
            <w:pPr>
              <w:autoSpaceDE w:val="0"/>
              <w:autoSpaceDN w:val="0"/>
              <w:rPr>
                <w:rFonts w:ascii="Times New Roman" w:eastAsia="Times New Roman Bold" w:hAnsi="Times New Roman" w:cs="Times New Roman"/>
                <w:sz w:val="26"/>
                <w:szCs w:val="26"/>
              </w:rPr>
            </w:pPr>
          </w:p>
        </w:tc>
      </w:tr>
      <w:tr w:rsidR="00632777" w:rsidRPr="00E00DA0" w:rsidTr="008522E9">
        <w:tc>
          <w:tcPr>
            <w:tcW w:w="10340" w:type="dxa"/>
            <w:gridSpan w:val="2"/>
          </w:tcPr>
          <w:p w:rsidR="00AE39EA" w:rsidRPr="00AE39EA" w:rsidRDefault="00AE39EA" w:rsidP="00AE39EA">
            <w:pPr>
              <w:spacing w:line="288" w:lineRule="auto"/>
              <w:rPr>
                <w:rFonts w:ascii="Times New Roman" w:hAnsi="Times New Roman" w:cs="Times New Roman"/>
                <w:b/>
                <w:color w:val="000000"/>
                <w:sz w:val="26"/>
                <w:szCs w:val="26"/>
                <w:lang w:eastAsia="vi-VN" w:bidi="vi-VN"/>
              </w:rPr>
            </w:pPr>
            <w:r w:rsidRPr="00AE39EA">
              <w:rPr>
                <w:rFonts w:ascii="Times New Roman" w:hAnsi="Times New Roman" w:cs="Times New Roman"/>
                <w:b/>
                <w:color w:val="000000"/>
                <w:sz w:val="26"/>
                <w:szCs w:val="26"/>
                <w:lang w:eastAsia="vi-VN" w:bidi="vi-VN"/>
              </w:rPr>
              <w:t>I. Điều kiện tự nhiên – xã hội ảnh hưởng đến sự phát triển kinh tế ở Bình Định</w:t>
            </w:r>
          </w:p>
          <w:p w:rsidR="000E79D8"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 xml:space="preserve"> - Thuận lợi: </w:t>
            </w:r>
          </w:p>
          <w:p w:rsidR="00AE39EA"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Nằm trong vùng kinh tế trọng điểm miền Trung</w:t>
            </w:r>
          </w:p>
          <w:p w:rsidR="00AE39EA"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Nằm ở trung tâm trục giao thông Bắc Nam</w:t>
            </w:r>
          </w:p>
          <w:p w:rsidR="00AE39EA"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Càng biển quốc tế Quy Nhơn</w:t>
            </w:r>
          </w:p>
          <w:p w:rsidR="00AE39EA"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Địa hình đa dạng, khí hậu nóng ẩm, nhiều sông ngòi, ao hồ, nguồn tài nguyên khá phong phú</w:t>
            </w:r>
          </w:p>
          <w:p w:rsidR="00AE39EA"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Người dân cần cù, sáng tạo</w:t>
            </w:r>
          </w:p>
          <w:p w:rsidR="00AE39EA"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 xml:space="preserve">=&gt; </w:t>
            </w:r>
            <w:proofErr w:type="gramStart"/>
            <w:r>
              <w:rPr>
                <w:rFonts w:ascii="Times New Roman" w:hAnsi="Times New Roman" w:cs="Times New Roman"/>
                <w:color w:val="000000"/>
                <w:sz w:val="26"/>
                <w:szCs w:val="26"/>
                <w:lang w:eastAsia="vi-VN" w:bidi="vi-VN"/>
              </w:rPr>
              <w:t>phát</w:t>
            </w:r>
            <w:proofErr w:type="gramEnd"/>
            <w:r>
              <w:rPr>
                <w:rFonts w:ascii="Times New Roman" w:hAnsi="Times New Roman" w:cs="Times New Roman"/>
                <w:color w:val="000000"/>
                <w:sz w:val="26"/>
                <w:szCs w:val="26"/>
                <w:lang w:eastAsia="vi-VN" w:bidi="vi-VN"/>
              </w:rPr>
              <w:t xml:space="preserve"> triển đa dạng các ngành nghề kinh tế như: nông nghiệp, ngư nghiệp, thủ công, tiểu thủ công nghiệp, công thương nghiệp, du lịch, giao thông vận tải và logistics…</w:t>
            </w:r>
          </w:p>
          <w:p w:rsidR="00AE39EA"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 Khó khăn:</w:t>
            </w:r>
          </w:p>
          <w:p w:rsidR="00AE39EA" w:rsidRDefault="00AE39EA"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Tài nguyên khoáng sản tuy đa dạng nhưng trữ lượng ít, phân tán, khó khai thác, do biến đổi khí hậu, nguồn nhân lực chất lượng cao còn ít, cơ sở hạ tầng còn thiếu thốn…</w:t>
            </w:r>
          </w:p>
          <w:p w:rsidR="00AE39EA" w:rsidRDefault="00AE39EA" w:rsidP="00AE39EA">
            <w:pPr>
              <w:spacing w:line="288" w:lineRule="auto"/>
              <w:rPr>
                <w:rFonts w:ascii="Times New Roman" w:hAnsi="Times New Roman" w:cs="Times New Roman"/>
                <w:b/>
                <w:color w:val="000000"/>
                <w:sz w:val="26"/>
                <w:szCs w:val="26"/>
                <w:lang w:eastAsia="vi-VN" w:bidi="vi-VN"/>
              </w:rPr>
            </w:pPr>
            <w:r>
              <w:rPr>
                <w:rFonts w:ascii="Times New Roman" w:hAnsi="Times New Roman" w:cs="Times New Roman"/>
                <w:b/>
                <w:color w:val="000000"/>
                <w:sz w:val="26"/>
                <w:szCs w:val="26"/>
                <w:lang w:eastAsia="vi-VN" w:bidi="vi-VN"/>
              </w:rPr>
              <w:t>II. Các ngành kinh tế</w:t>
            </w:r>
            <w:r w:rsidR="00E23D4E">
              <w:rPr>
                <w:rFonts w:ascii="Times New Roman" w:hAnsi="Times New Roman" w:cs="Times New Roman"/>
                <w:b/>
                <w:color w:val="000000"/>
                <w:sz w:val="26"/>
                <w:szCs w:val="26"/>
                <w:lang w:eastAsia="vi-VN" w:bidi="vi-VN"/>
              </w:rPr>
              <w:t xml:space="preserve"> mũi</w:t>
            </w:r>
            <w:r>
              <w:rPr>
                <w:rFonts w:ascii="Times New Roman" w:hAnsi="Times New Roman" w:cs="Times New Roman"/>
                <w:b/>
                <w:color w:val="000000"/>
                <w:sz w:val="26"/>
                <w:szCs w:val="26"/>
                <w:lang w:eastAsia="vi-VN" w:bidi="vi-VN"/>
              </w:rPr>
              <w:t xml:space="preserve"> nhọn ở tỉnh Bình Định</w:t>
            </w:r>
          </w:p>
          <w:p w:rsidR="00AE39EA" w:rsidRDefault="00AE39EA" w:rsidP="00AE39EA">
            <w:pPr>
              <w:spacing w:line="288" w:lineRule="auto"/>
              <w:rPr>
                <w:rFonts w:ascii="Times New Roman" w:hAnsi="Times New Roman" w:cs="Times New Roman"/>
                <w:b/>
                <w:color w:val="000000"/>
                <w:sz w:val="26"/>
                <w:szCs w:val="26"/>
                <w:lang w:eastAsia="vi-VN" w:bidi="vi-VN"/>
              </w:rPr>
            </w:pPr>
            <w:r>
              <w:rPr>
                <w:rFonts w:ascii="Times New Roman" w:hAnsi="Times New Roman" w:cs="Times New Roman"/>
                <w:b/>
                <w:color w:val="000000"/>
                <w:sz w:val="26"/>
                <w:szCs w:val="26"/>
                <w:lang w:eastAsia="vi-VN" w:bidi="vi-VN"/>
              </w:rPr>
              <w:t>1. Du lịch</w:t>
            </w:r>
          </w:p>
          <w:p w:rsidR="00AB3F29" w:rsidRDefault="00AB3F29"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 xml:space="preserve">Có nhiều địa điểm du lịch nổi tiếng: Bảo tàng Quang Trung, Eo Gió, chùa Ông </w:t>
            </w:r>
            <w:proofErr w:type="gramStart"/>
            <w:r>
              <w:rPr>
                <w:rFonts w:ascii="Times New Roman" w:hAnsi="Times New Roman" w:cs="Times New Roman"/>
                <w:color w:val="000000"/>
                <w:sz w:val="26"/>
                <w:szCs w:val="26"/>
                <w:lang w:eastAsia="vi-VN" w:bidi="vi-VN"/>
              </w:rPr>
              <w:t>Núi, …</w:t>
            </w:r>
            <w:proofErr w:type="gramEnd"/>
          </w:p>
          <w:p w:rsidR="00AB3F29" w:rsidRDefault="00AB3F29" w:rsidP="00AE39EA">
            <w:pPr>
              <w:spacing w:line="288" w:lineRule="auto"/>
              <w:rPr>
                <w:rFonts w:ascii="Times New Roman" w:hAnsi="Times New Roman" w:cs="Times New Roman"/>
                <w:b/>
                <w:color w:val="000000"/>
                <w:sz w:val="26"/>
                <w:szCs w:val="26"/>
                <w:lang w:eastAsia="vi-VN" w:bidi="vi-VN"/>
              </w:rPr>
            </w:pPr>
            <w:r>
              <w:rPr>
                <w:rFonts w:ascii="Times New Roman" w:hAnsi="Times New Roman" w:cs="Times New Roman"/>
                <w:b/>
                <w:color w:val="000000"/>
                <w:sz w:val="26"/>
                <w:szCs w:val="26"/>
                <w:lang w:eastAsia="vi-VN" w:bidi="vi-VN"/>
              </w:rPr>
              <w:t>2. Ngư nghiệp</w:t>
            </w:r>
          </w:p>
          <w:p w:rsidR="00AB3F29" w:rsidRDefault="001E1692" w:rsidP="00AE39EA">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Nuôi trồng, khai thác thuỷ sản, dịch vụ nghề cá, đánh bắt, chế biến, xuất khẩu…</w:t>
            </w:r>
          </w:p>
          <w:p w:rsidR="001E1692" w:rsidRDefault="001E1692" w:rsidP="00AE39EA">
            <w:pPr>
              <w:spacing w:line="288" w:lineRule="auto"/>
              <w:rPr>
                <w:rFonts w:ascii="Times New Roman" w:hAnsi="Times New Roman" w:cs="Times New Roman"/>
                <w:b/>
                <w:color w:val="000000"/>
                <w:sz w:val="26"/>
                <w:szCs w:val="26"/>
                <w:lang w:eastAsia="vi-VN" w:bidi="vi-VN"/>
              </w:rPr>
            </w:pPr>
            <w:r>
              <w:rPr>
                <w:rFonts w:ascii="Times New Roman" w:hAnsi="Times New Roman" w:cs="Times New Roman"/>
                <w:b/>
                <w:color w:val="000000"/>
                <w:sz w:val="26"/>
                <w:szCs w:val="26"/>
                <w:lang w:eastAsia="vi-VN" w:bidi="vi-VN"/>
              </w:rPr>
              <w:t>3. Nông nghiệp</w:t>
            </w:r>
          </w:p>
          <w:p w:rsidR="00AE39EA" w:rsidRDefault="001E1692" w:rsidP="001E1692">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Trồng trọt, chăn nuôi</w:t>
            </w:r>
          </w:p>
          <w:p w:rsidR="00E23D4E" w:rsidRPr="009169C0" w:rsidRDefault="00E23D4E" w:rsidP="00E23D4E">
            <w:pPr>
              <w:ind w:left="720"/>
              <w:rPr>
                <w:rFonts w:ascii="Times New Roman" w:hAnsi="Times New Roman"/>
                <w:lang w:val="nl-NL"/>
              </w:rPr>
            </w:pPr>
            <w:r w:rsidRPr="007547ED">
              <w:rPr>
                <w:rFonts w:ascii="Times New Roman" w:hAnsi="Times New Roman"/>
                <w:lang w:val="nl-NL"/>
              </w:rPr>
              <w:t xml:space="preserve">- GV: </w:t>
            </w:r>
            <w:r w:rsidRPr="009169C0">
              <w:rPr>
                <w:rFonts w:ascii="Times New Roman" w:hAnsi="Times New Roman"/>
                <w:lang w:val="nl-NL"/>
              </w:rPr>
              <w:t>yêu cầu HS đọc kênh chữ trong sách giáo khoa và quan sát hình ảnh trả lời các câu hỏi:</w:t>
            </w:r>
          </w:p>
          <w:p w:rsidR="00E23D4E" w:rsidRPr="009169C0" w:rsidRDefault="00E23D4E" w:rsidP="00E23D4E">
            <w:pPr>
              <w:pStyle w:val="NoSpacing"/>
              <w:ind w:left="720"/>
              <w:rPr>
                <w:rFonts w:ascii="Times New Roman" w:hAnsi="Times New Roman"/>
                <w:b/>
                <w:sz w:val="26"/>
                <w:szCs w:val="26"/>
                <w:lang w:val="nl-NL"/>
              </w:rPr>
            </w:pPr>
            <w:r>
              <w:rPr>
                <w:noProof/>
              </w:rPr>
              <w:drawing>
                <wp:anchor distT="0" distB="0" distL="114300" distR="114300" simplePos="0" relativeHeight="251666432" behindDoc="0" locked="0" layoutInCell="1" allowOverlap="1">
                  <wp:simplePos x="0" y="0"/>
                  <wp:positionH relativeFrom="margin">
                    <wp:posOffset>322580</wp:posOffset>
                  </wp:positionH>
                  <wp:positionV relativeFrom="paragraph">
                    <wp:posOffset>0</wp:posOffset>
                  </wp:positionV>
                  <wp:extent cx="2994025" cy="167068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402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3416935</wp:posOffset>
                  </wp:positionH>
                  <wp:positionV relativeFrom="paragraph">
                    <wp:posOffset>29845</wp:posOffset>
                  </wp:positionV>
                  <wp:extent cx="2964815" cy="16002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481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D4E" w:rsidRPr="009169C0" w:rsidRDefault="00E23D4E" w:rsidP="00E23D4E">
            <w:pPr>
              <w:ind w:left="720"/>
              <w:rPr>
                <w:lang w:val="nl-NL"/>
              </w:rPr>
            </w:pPr>
          </w:p>
          <w:p w:rsidR="00E23D4E" w:rsidRDefault="00E23D4E" w:rsidP="00E23D4E">
            <w:pPr>
              <w:ind w:left="720"/>
              <w:rPr>
                <w:lang w:val="nl-NL"/>
              </w:rPr>
            </w:pPr>
          </w:p>
          <w:p w:rsidR="00E23D4E" w:rsidRDefault="00E23D4E" w:rsidP="00E23D4E">
            <w:pPr>
              <w:ind w:left="720"/>
              <w:rPr>
                <w:lang w:val="nl-NL"/>
              </w:rPr>
            </w:pPr>
          </w:p>
          <w:p w:rsidR="00E23D4E" w:rsidRPr="009169C0" w:rsidRDefault="00E23D4E" w:rsidP="00E23D4E">
            <w:pPr>
              <w:ind w:left="720"/>
              <w:rPr>
                <w:lang w:val="nl-NL"/>
              </w:rPr>
            </w:pPr>
          </w:p>
          <w:p w:rsidR="00E23D4E" w:rsidRPr="009169C0" w:rsidRDefault="00E23D4E" w:rsidP="00E23D4E">
            <w:pPr>
              <w:ind w:left="720"/>
              <w:rPr>
                <w:lang w:val="nl-NL"/>
              </w:rPr>
            </w:pPr>
          </w:p>
          <w:p w:rsidR="00E23D4E" w:rsidRPr="009169C0" w:rsidRDefault="00E23D4E" w:rsidP="00E23D4E">
            <w:pPr>
              <w:ind w:left="720"/>
              <w:rPr>
                <w:lang w:val="nl-NL"/>
              </w:rPr>
            </w:pPr>
          </w:p>
          <w:p w:rsidR="00E23D4E" w:rsidRDefault="00E23D4E" w:rsidP="001E1692">
            <w:pPr>
              <w:spacing w:line="288" w:lineRule="auto"/>
              <w:rPr>
                <w:rFonts w:ascii="Times New Roman" w:hAnsi="Times New Roman" w:cs="Times New Roman"/>
                <w:color w:val="000000"/>
                <w:sz w:val="26"/>
                <w:szCs w:val="26"/>
                <w:lang w:eastAsia="vi-VN" w:bidi="vi-VN"/>
              </w:rPr>
            </w:pPr>
          </w:p>
          <w:p w:rsidR="00E23D4E" w:rsidRDefault="00E23D4E" w:rsidP="001E1692">
            <w:pPr>
              <w:spacing w:line="288" w:lineRule="auto"/>
              <w:rPr>
                <w:rFonts w:ascii="Times New Roman" w:hAnsi="Times New Roman" w:cs="Times New Roman"/>
                <w:color w:val="000000"/>
                <w:sz w:val="26"/>
                <w:szCs w:val="26"/>
                <w:lang w:eastAsia="vi-VN" w:bidi="vi-VN"/>
              </w:rPr>
            </w:pPr>
          </w:p>
          <w:p w:rsidR="00E23D4E" w:rsidRDefault="00E23D4E" w:rsidP="001E1692">
            <w:pPr>
              <w:spacing w:line="288" w:lineRule="auto"/>
              <w:rPr>
                <w:rFonts w:ascii="Times New Roman" w:hAnsi="Times New Roman" w:cs="Times New Roman"/>
                <w:color w:val="000000"/>
                <w:sz w:val="26"/>
                <w:szCs w:val="26"/>
                <w:lang w:eastAsia="vi-VN" w:bidi="vi-VN"/>
              </w:rPr>
            </w:pPr>
          </w:p>
          <w:p w:rsidR="001E1692" w:rsidRDefault="001E1692" w:rsidP="001E1692">
            <w:pPr>
              <w:spacing w:line="288" w:lineRule="auto"/>
              <w:rPr>
                <w:rFonts w:ascii="Times New Roman" w:hAnsi="Times New Roman" w:cs="Times New Roman"/>
                <w:b/>
                <w:color w:val="000000"/>
                <w:sz w:val="26"/>
                <w:szCs w:val="26"/>
                <w:lang w:eastAsia="vi-VN" w:bidi="vi-VN"/>
              </w:rPr>
            </w:pPr>
            <w:r>
              <w:rPr>
                <w:rFonts w:ascii="Times New Roman" w:hAnsi="Times New Roman" w:cs="Times New Roman"/>
                <w:b/>
                <w:color w:val="000000"/>
                <w:sz w:val="26"/>
                <w:szCs w:val="26"/>
                <w:lang w:eastAsia="vi-VN" w:bidi="vi-VN"/>
              </w:rPr>
              <w:t>4. Giao thông vận tải – dịch vụ cảng logistics</w:t>
            </w:r>
          </w:p>
          <w:p w:rsidR="001E1692" w:rsidRDefault="001E1692" w:rsidP="001E1692">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Đường bộ, đường sắt, đường không, đường biển</w:t>
            </w:r>
          </w:p>
          <w:p w:rsidR="001E1692" w:rsidRDefault="001E1692" w:rsidP="001E1692">
            <w:pPr>
              <w:spacing w:line="288" w:lineRule="auto"/>
              <w:rPr>
                <w:rFonts w:ascii="Times New Roman" w:hAnsi="Times New Roman" w:cs="Times New Roman"/>
                <w:b/>
                <w:color w:val="000000"/>
                <w:sz w:val="26"/>
                <w:szCs w:val="26"/>
                <w:lang w:eastAsia="vi-VN" w:bidi="vi-VN"/>
              </w:rPr>
            </w:pPr>
            <w:r>
              <w:rPr>
                <w:rFonts w:ascii="Times New Roman" w:hAnsi="Times New Roman" w:cs="Times New Roman"/>
                <w:b/>
                <w:color w:val="000000"/>
                <w:sz w:val="26"/>
                <w:szCs w:val="26"/>
                <w:lang w:eastAsia="vi-VN" w:bidi="vi-VN"/>
              </w:rPr>
              <w:t>5. Công nghiệp</w:t>
            </w:r>
          </w:p>
          <w:p w:rsidR="001E1692" w:rsidRPr="001E1692" w:rsidRDefault="001E1692" w:rsidP="001E1692">
            <w:pPr>
              <w:spacing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 xml:space="preserve"> Phát triển đa dạng, phong phú các ngành công nghiệp: chế biến gỗ, chế biến thuỷ sản, dệt may, chế biến thức </w:t>
            </w:r>
            <w:proofErr w:type="gramStart"/>
            <w:r>
              <w:rPr>
                <w:rFonts w:ascii="Times New Roman" w:hAnsi="Times New Roman" w:cs="Times New Roman"/>
                <w:color w:val="000000"/>
                <w:sz w:val="26"/>
                <w:szCs w:val="26"/>
                <w:lang w:eastAsia="vi-VN" w:bidi="vi-VN"/>
              </w:rPr>
              <w:t>ăn</w:t>
            </w:r>
            <w:proofErr w:type="gramEnd"/>
            <w:r>
              <w:rPr>
                <w:rFonts w:ascii="Times New Roman" w:hAnsi="Times New Roman" w:cs="Times New Roman"/>
                <w:color w:val="000000"/>
                <w:sz w:val="26"/>
                <w:szCs w:val="26"/>
                <w:lang w:eastAsia="vi-VN" w:bidi="vi-VN"/>
              </w:rPr>
              <w:t xml:space="preserve"> chăn nuôi, năng lượng tái tạo…</w:t>
            </w:r>
          </w:p>
        </w:tc>
      </w:tr>
      <w:tr w:rsidR="0051143C" w:rsidRPr="00E00DA0" w:rsidTr="008522E9">
        <w:tc>
          <w:tcPr>
            <w:tcW w:w="4003" w:type="dxa"/>
          </w:tcPr>
          <w:p w:rsidR="0051143C" w:rsidRPr="00E00DA0" w:rsidRDefault="0051143C" w:rsidP="004B3503">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lastRenderedPageBreak/>
              <w:t>d) Tổ chức thực hiện:</w:t>
            </w:r>
          </w:p>
        </w:tc>
        <w:tc>
          <w:tcPr>
            <w:tcW w:w="6337" w:type="dxa"/>
          </w:tcPr>
          <w:p w:rsidR="0051143C" w:rsidRPr="00E00DA0" w:rsidRDefault="0051143C" w:rsidP="00B07347">
            <w:pPr>
              <w:autoSpaceDE w:val="0"/>
              <w:autoSpaceDN w:val="0"/>
              <w:rPr>
                <w:rFonts w:ascii="Times New Roman" w:eastAsia="Times New Roman Bold" w:hAnsi="Times New Roman" w:cs="Times New Roman"/>
                <w:sz w:val="26"/>
                <w:szCs w:val="26"/>
              </w:rPr>
            </w:pPr>
          </w:p>
        </w:tc>
      </w:tr>
      <w:tr w:rsidR="00464688" w:rsidRPr="00E00DA0" w:rsidTr="008522E9">
        <w:tc>
          <w:tcPr>
            <w:tcW w:w="10340" w:type="dxa"/>
            <w:gridSpan w:val="2"/>
          </w:tcPr>
          <w:p w:rsidR="00464688" w:rsidRPr="00E00DA0" w:rsidRDefault="00464688" w:rsidP="00464688">
            <w:pPr>
              <w:autoSpaceDE w:val="0"/>
              <w:autoSpaceDN w:val="0"/>
              <w:rPr>
                <w:rFonts w:ascii="Times New Roman" w:eastAsia="Times New Roman Bold" w:hAnsi="Times New Roman" w:cs="Times New Roman"/>
                <w:b/>
                <w:sz w:val="26"/>
                <w:szCs w:val="26"/>
              </w:rPr>
            </w:pPr>
            <w:r w:rsidRPr="00E00DA0">
              <w:rPr>
                <w:rFonts w:ascii="Times New Roman" w:hAnsi="Times New Roman" w:cs="Times New Roman"/>
                <w:b/>
                <w:sz w:val="26"/>
                <w:szCs w:val="26"/>
              </w:rPr>
              <w:t>Giao nhiệm vụ học tập:</w:t>
            </w:r>
            <w:r w:rsidR="009056D9" w:rsidRPr="00E00DA0">
              <w:rPr>
                <w:rFonts w:ascii="Times New Roman" w:hAnsi="Times New Roman" w:cs="Times New Roman"/>
                <w:b/>
                <w:sz w:val="26"/>
                <w:szCs w:val="26"/>
              </w:rPr>
              <w:t xml:space="preserve"> giao cho học sinh (đọc/nghe/nhìn/làm)</w:t>
            </w:r>
          </w:p>
        </w:tc>
      </w:tr>
      <w:tr w:rsidR="00464688" w:rsidRPr="00E00DA0" w:rsidTr="008522E9">
        <w:tc>
          <w:tcPr>
            <w:tcW w:w="10340" w:type="dxa"/>
            <w:gridSpan w:val="2"/>
          </w:tcPr>
          <w:p w:rsidR="00E23D4E" w:rsidRPr="00E00DA0" w:rsidRDefault="00DA434E" w:rsidP="00E23D4E">
            <w:pPr>
              <w:spacing w:line="288" w:lineRule="auto"/>
              <w:rPr>
                <w:rFonts w:ascii="Times New Roman" w:hAnsi="Times New Roman" w:cs="Times New Roman"/>
                <w:sz w:val="26"/>
                <w:szCs w:val="26"/>
              </w:rPr>
            </w:pPr>
            <w:r w:rsidRPr="00E00DA0">
              <w:rPr>
                <w:rFonts w:ascii="Times New Roman" w:hAnsi="Times New Roman" w:cs="Times New Roman"/>
                <w:sz w:val="26"/>
                <w:szCs w:val="26"/>
              </w:rPr>
              <w:t xml:space="preserve"> </w:t>
            </w:r>
            <w:r w:rsidR="0030082E" w:rsidRPr="00E00DA0">
              <w:rPr>
                <w:rFonts w:ascii="Times New Roman" w:hAnsi="Times New Roman" w:cs="Times New Roman"/>
                <w:sz w:val="26"/>
                <w:szCs w:val="26"/>
              </w:rPr>
              <w:t xml:space="preserve">Yêu cầu HS </w:t>
            </w:r>
            <w:r w:rsidR="00EB3A15" w:rsidRPr="00E00DA0">
              <w:rPr>
                <w:rFonts w:ascii="Times New Roman" w:eastAsia="Times New Roman Bold" w:hAnsi="Times New Roman" w:cs="Times New Roman"/>
                <w:sz w:val="26"/>
                <w:szCs w:val="26"/>
              </w:rPr>
              <w:t>quan sát hình và đọc các thông tin trong sách giáo khoa để trả lời các yêu cầu câu hỏi.</w:t>
            </w:r>
          </w:p>
        </w:tc>
      </w:tr>
      <w:tr w:rsidR="00464688" w:rsidRPr="00E00DA0" w:rsidTr="008522E9">
        <w:tc>
          <w:tcPr>
            <w:tcW w:w="10340" w:type="dxa"/>
            <w:gridSpan w:val="2"/>
          </w:tcPr>
          <w:p w:rsidR="00464688" w:rsidRPr="00E00DA0" w:rsidRDefault="00464688" w:rsidP="0046468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Thực hiện nhiệm vụ (học sinh thực hiện; giáo viên theo dõi, hỗ trợ):</w:t>
            </w:r>
          </w:p>
        </w:tc>
      </w:tr>
      <w:tr w:rsidR="00464688" w:rsidRPr="00E00DA0" w:rsidTr="008522E9">
        <w:tc>
          <w:tcPr>
            <w:tcW w:w="10340" w:type="dxa"/>
            <w:gridSpan w:val="2"/>
          </w:tcPr>
          <w:p w:rsidR="00464688" w:rsidRPr="00E00DA0" w:rsidRDefault="0030082E" w:rsidP="00A54442">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 xml:space="preserve">GV hướng dẫn HS </w:t>
            </w:r>
            <w:r w:rsidR="00EB3A15" w:rsidRPr="00E00DA0">
              <w:rPr>
                <w:rFonts w:ascii="Times New Roman" w:hAnsi="Times New Roman" w:cs="Times New Roman"/>
                <w:sz w:val="26"/>
                <w:szCs w:val="26"/>
              </w:rPr>
              <w:t xml:space="preserve">HS </w:t>
            </w:r>
            <w:r w:rsidR="00EB3A15" w:rsidRPr="00E00DA0">
              <w:rPr>
                <w:rFonts w:ascii="Times New Roman" w:eastAsia="Times New Roman Bold" w:hAnsi="Times New Roman" w:cs="Times New Roman"/>
                <w:sz w:val="26"/>
                <w:szCs w:val="26"/>
              </w:rPr>
              <w:t>quan sát hình và đọc các thông tin trong sách giáo khoa để trả lời các yêu cầu câu hỏi.</w:t>
            </w:r>
          </w:p>
        </w:tc>
      </w:tr>
      <w:tr w:rsidR="00464688" w:rsidRPr="00E00DA0" w:rsidTr="008522E9">
        <w:tc>
          <w:tcPr>
            <w:tcW w:w="10340" w:type="dxa"/>
            <w:gridSpan w:val="2"/>
          </w:tcPr>
          <w:p w:rsidR="00464688" w:rsidRPr="00E00DA0" w:rsidRDefault="00464688" w:rsidP="0046468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Báo cáo, thảo luận (giáo viên tổ chức, điều hành; học sinh báo cáo, thảo luận):</w:t>
            </w:r>
          </w:p>
        </w:tc>
      </w:tr>
      <w:tr w:rsidR="00464688" w:rsidRPr="00E00DA0" w:rsidTr="008522E9">
        <w:tc>
          <w:tcPr>
            <w:tcW w:w="10340" w:type="dxa"/>
            <w:gridSpan w:val="2"/>
          </w:tcPr>
          <w:p w:rsidR="00EB3A15" w:rsidRPr="00E00DA0" w:rsidRDefault="00EB3A15" w:rsidP="00EB3A15">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 xml:space="preserve">Yêu cầu HS thực hiện quan sát, trao đổi nhóm, trả lời câu hỏi: </w:t>
            </w:r>
          </w:p>
          <w:p w:rsidR="00B72D87" w:rsidRPr="00E00DA0" w:rsidRDefault="00EB3A15" w:rsidP="00EB3A15">
            <w:pPr>
              <w:spacing w:line="288" w:lineRule="auto"/>
              <w:rPr>
                <w:rFonts w:ascii="Times New Roman" w:hAnsi="Times New Roman" w:cs="Times New Roman"/>
                <w:sz w:val="26"/>
                <w:szCs w:val="26"/>
                <w:lang w:val="nl-NL"/>
              </w:rPr>
            </w:pPr>
            <w:r w:rsidRPr="00E00DA0">
              <w:rPr>
                <w:rFonts w:ascii="Times New Roman" w:hAnsi="Times New Roman" w:cs="Times New Roman"/>
                <w:sz w:val="26"/>
                <w:szCs w:val="26"/>
              </w:rPr>
              <w:t>GV theo dõi, hỗ trợ HS khi gặp khó khăn</w:t>
            </w:r>
          </w:p>
        </w:tc>
      </w:tr>
      <w:tr w:rsidR="00464688" w:rsidRPr="00E00DA0" w:rsidTr="008522E9">
        <w:tc>
          <w:tcPr>
            <w:tcW w:w="10340" w:type="dxa"/>
            <w:gridSpan w:val="2"/>
          </w:tcPr>
          <w:p w:rsidR="00464688" w:rsidRPr="00E00DA0" w:rsidRDefault="00464688" w:rsidP="0046468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Kết luận, nhận định:</w:t>
            </w:r>
          </w:p>
        </w:tc>
      </w:tr>
      <w:tr w:rsidR="00464688" w:rsidRPr="00E00DA0" w:rsidTr="008522E9">
        <w:tc>
          <w:tcPr>
            <w:tcW w:w="10340" w:type="dxa"/>
            <w:gridSpan w:val="2"/>
          </w:tcPr>
          <w:p w:rsidR="00EF26F0" w:rsidRPr="00E00DA0" w:rsidRDefault="00EB3A15" w:rsidP="00464688">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 xml:space="preserve">Như vậy, </w:t>
            </w:r>
            <w:r w:rsidR="00C25571" w:rsidRPr="00E00DA0">
              <w:rPr>
                <w:rFonts w:ascii="Times New Roman" w:hAnsi="Times New Roman" w:cs="Times New Roman"/>
                <w:sz w:val="26"/>
                <w:szCs w:val="26"/>
              </w:rPr>
              <w:t xml:space="preserve">bài học chúng ta có nội dung chính là: </w:t>
            </w:r>
          </w:p>
        </w:tc>
      </w:tr>
      <w:tr w:rsidR="00464688" w:rsidRPr="00E00DA0" w:rsidTr="008522E9">
        <w:tc>
          <w:tcPr>
            <w:tcW w:w="10340" w:type="dxa"/>
            <w:gridSpan w:val="2"/>
          </w:tcPr>
          <w:p w:rsidR="00464688" w:rsidRPr="00E00DA0" w:rsidRDefault="00464688" w:rsidP="003B0070">
            <w:pPr>
              <w:autoSpaceDE w:val="0"/>
              <w:autoSpaceDN w:val="0"/>
              <w:spacing w:before="78" w:line="360" w:lineRule="exact"/>
              <w:ind w:left="720" w:right="720"/>
              <w:rPr>
                <w:rFonts w:ascii="Times New Roman" w:hAnsi="Times New Roman" w:cs="Times New Roman"/>
                <w:sz w:val="26"/>
                <w:szCs w:val="26"/>
              </w:rPr>
            </w:pPr>
            <w:r w:rsidRPr="00E00DA0">
              <w:rPr>
                <w:rFonts w:ascii="Times New Roman" w:eastAsia="Times New Roman Bold" w:hAnsi="Times New Roman" w:cs="Times New Roman"/>
                <w:b/>
                <w:sz w:val="26"/>
                <w:szCs w:val="26"/>
              </w:rPr>
              <w:t xml:space="preserve">3. Hoạt động 3: Luyện tập </w:t>
            </w:r>
            <w:r w:rsidRPr="00E00DA0">
              <w:rPr>
                <w:rFonts w:ascii="Times New Roman" w:eastAsia="Times New Roman Italic" w:hAnsi="Times New Roman" w:cs="Times New Roman"/>
                <w:i/>
                <w:sz w:val="26"/>
                <w:szCs w:val="26"/>
              </w:rPr>
              <w:t xml:space="preserve">[dự kiến thời gian] </w:t>
            </w:r>
            <w:r w:rsidRPr="00E00DA0">
              <w:rPr>
                <w:rFonts w:ascii="Times New Roman" w:eastAsia="Times New Roman Italic" w:hAnsi="Times New Roman" w:cs="Times New Roman"/>
                <w:b/>
                <w:i/>
                <w:color w:val="C00000"/>
                <w:sz w:val="26"/>
                <w:szCs w:val="26"/>
              </w:rPr>
              <w:t xml:space="preserve">( </w:t>
            </w:r>
            <w:r w:rsidR="003B0070" w:rsidRPr="00E00DA0">
              <w:rPr>
                <w:rFonts w:ascii="Times New Roman" w:eastAsia="Times New Roman Italic" w:hAnsi="Times New Roman" w:cs="Times New Roman"/>
                <w:b/>
                <w:i/>
                <w:color w:val="C00000"/>
                <w:sz w:val="26"/>
                <w:szCs w:val="26"/>
              </w:rPr>
              <w:t>10</w:t>
            </w:r>
            <w:r w:rsidR="000B4B44" w:rsidRPr="00E00DA0">
              <w:rPr>
                <w:rFonts w:ascii="Times New Roman" w:eastAsia="Times New Roman Italic" w:hAnsi="Times New Roman" w:cs="Times New Roman"/>
                <w:b/>
                <w:i/>
                <w:color w:val="C00000"/>
                <w:sz w:val="26"/>
                <w:szCs w:val="26"/>
              </w:rPr>
              <w:t xml:space="preserve"> </w:t>
            </w:r>
            <w:r w:rsidRPr="00E00DA0">
              <w:rPr>
                <w:rFonts w:ascii="Times New Roman" w:eastAsia="Times New Roman Italic" w:hAnsi="Times New Roman" w:cs="Times New Roman"/>
                <w:b/>
                <w:i/>
                <w:color w:val="C00000"/>
                <w:sz w:val="26"/>
                <w:szCs w:val="26"/>
              </w:rPr>
              <w:t>phút)</w:t>
            </w:r>
          </w:p>
        </w:tc>
      </w:tr>
      <w:tr w:rsidR="00464688" w:rsidRPr="00E00DA0" w:rsidTr="008522E9">
        <w:tc>
          <w:tcPr>
            <w:tcW w:w="4003" w:type="dxa"/>
          </w:tcPr>
          <w:p w:rsidR="00464688" w:rsidRPr="00E00DA0" w:rsidRDefault="00464688" w:rsidP="00464688">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a) Mục tiêu:</w:t>
            </w:r>
          </w:p>
        </w:tc>
        <w:tc>
          <w:tcPr>
            <w:tcW w:w="6337" w:type="dxa"/>
          </w:tcPr>
          <w:p w:rsidR="00464688" w:rsidRPr="00E00DA0" w:rsidRDefault="00464688" w:rsidP="00464688">
            <w:pPr>
              <w:autoSpaceDE w:val="0"/>
              <w:autoSpaceDN w:val="0"/>
              <w:rPr>
                <w:rFonts w:ascii="Times New Roman" w:eastAsia="Times New Roman Bold" w:hAnsi="Times New Roman" w:cs="Times New Roman"/>
                <w:sz w:val="26"/>
                <w:szCs w:val="26"/>
              </w:rPr>
            </w:pPr>
          </w:p>
        </w:tc>
      </w:tr>
      <w:tr w:rsidR="00464688" w:rsidRPr="00E00DA0" w:rsidTr="008522E9">
        <w:tc>
          <w:tcPr>
            <w:tcW w:w="10340" w:type="dxa"/>
            <w:gridSpan w:val="2"/>
          </w:tcPr>
          <w:p w:rsidR="001719B7" w:rsidRPr="00E00DA0" w:rsidRDefault="000B4B44" w:rsidP="001719B7">
            <w:pPr>
              <w:spacing w:line="288" w:lineRule="auto"/>
              <w:jc w:val="both"/>
              <w:rPr>
                <w:rFonts w:ascii="Times New Roman" w:hAnsi="Times New Roman" w:cs="Times New Roman"/>
                <w:sz w:val="26"/>
                <w:szCs w:val="26"/>
                <w:lang w:val="nl-NL"/>
              </w:rPr>
            </w:pPr>
            <w:r w:rsidRPr="00E00DA0">
              <w:rPr>
                <w:rFonts w:ascii="Times New Roman" w:hAnsi="Times New Roman" w:cs="Times New Roman"/>
                <w:sz w:val="26"/>
                <w:szCs w:val="26"/>
                <w:lang w:val="nl-NL"/>
              </w:rPr>
              <w:t xml:space="preserve">Củng cố kiến thức về </w:t>
            </w:r>
            <w:r w:rsidR="00403013">
              <w:rPr>
                <w:rFonts w:ascii="Times New Roman" w:hAnsi="Times New Roman" w:cs="Times New Roman"/>
                <w:sz w:val="26"/>
                <w:szCs w:val="26"/>
                <w:lang w:val="nl-NL"/>
              </w:rPr>
              <w:t>các ngành kinh tế của tỉnh Bình Định</w:t>
            </w:r>
          </w:p>
          <w:p w:rsidR="00464688" w:rsidRPr="00E00DA0" w:rsidRDefault="000B4B44" w:rsidP="001719B7">
            <w:pPr>
              <w:spacing w:line="288" w:lineRule="auto"/>
              <w:jc w:val="both"/>
              <w:rPr>
                <w:rFonts w:ascii="Times New Roman" w:eastAsia="Times New Roman Bold" w:hAnsi="Times New Roman" w:cs="Times New Roman"/>
                <w:sz w:val="26"/>
                <w:szCs w:val="26"/>
              </w:rPr>
            </w:pPr>
            <w:r w:rsidRPr="00E00DA0">
              <w:rPr>
                <w:rFonts w:ascii="Times New Roman" w:hAnsi="Times New Roman" w:cs="Times New Roman"/>
                <w:sz w:val="26"/>
                <w:szCs w:val="26"/>
                <w:lang w:val="nl-NL"/>
              </w:rPr>
              <w:t xml:space="preserve">HS </w:t>
            </w:r>
            <w:r w:rsidRPr="00E00DA0">
              <w:rPr>
                <w:rFonts w:ascii="Times New Roman" w:hAnsi="Times New Roman" w:cs="Times New Roman"/>
                <w:sz w:val="26"/>
                <w:szCs w:val="26"/>
              </w:rPr>
              <w:t>giải quyết được các tình huống đặt ra.</w:t>
            </w:r>
          </w:p>
        </w:tc>
      </w:tr>
      <w:tr w:rsidR="00464688" w:rsidRPr="00E00DA0" w:rsidTr="008522E9">
        <w:tc>
          <w:tcPr>
            <w:tcW w:w="4003" w:type="dxa"/>
          </w:tcPr>
          <w:p w:rsidR="00464688" w:rsidRPr="00E00DA0" w:rsidRDefault="00464688" w:rsidP="00464688">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b) Nội dung:</w:t>
            </w:r>
          </w:p>
        </w:tc>
        <w:tc>
          <w:tcPr>
            <w:tcW w:w="6337" w:type="dxa"/>
          </w:tcPr>
          <w:p w:rsidR="00464688" w:rsidRPr="00E00DA0" w:rsidRDefault="00464688" w:rsidP="00464688">
            <w:pPr>
              <w:autoSpaceDE w:val="0"/>
              <w:autoSpaceDN w:val="0"/>
              <w:rPr>
                <w:rFonts w:ascii="Times New Roman" w:eastAsia="Times New Roman Bold" w:hAnsi="Times New Roman" w:cs="Times New Roman"/>
                <w:sz w:val="26"/>
                <w:szCs w:val="26"/>
              </w:rPr>
            </w:pPr>
          </w:p>
        </w:tc>
      </w:tr>
      <w:tr w:rsidR="00464688" w:rsidRPr="00E00DA0" w:rsidTr="008522E9">
        <w:tc>
          <w:tcPr>
            <w:tcW w:w="10340" w:type="dxa"/>
            <w:gridSpan w:val="2"/>
          </w:tcPr>
          <w:p w:rsidR="00403013" w:rsidRDefault="00403013" w:rsidP="00403013">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1. H</w:t>
            </w:r>
            <w:r w:rsidRPr="00403013">
              <w:rPr>
                <w:rFonts w:ascii="Times New Roman" w:eastAsia="Times New Roman Bold" w:hAnsi="Times New Roman" w:cs="Times New Roman"/>
                <w:sz w:val="26"/>
                <w:szCs w:val="26"/>
              </w:rPr>
              <w:t xml:space="preserve">oàn </w:t>
            </w:r>
            <w:r>
              <w:rPr>
                <w:rFonts w:ascii="Times New Roman" w:eastAsia="Times New Roman Bold" w:hAnsi="Times New Roman" w:cs="Times New Roman"/>
                <w:sz w:val="26"/>
                <w:szCs w:val="26"/>
              </w:rPr>
              <w:t xml:space="preserve"> thành bảng sau</w:t>
            </w:r>
          </w:p>
          <w:tbl>
            <w:tblPr>
              <w:tblStyle w:val="TableGrid"/>
              <w:tblW w:w="9941" w:type="dxa"/>
              <w:tblLook w:val="04A0" w:firstRow="1" w:lastRow="0" w:firstColumn="1" w:lastColumn="0" w:noHBand="0" w:noVBand="1"/>
            </w:tblPr>
            <w:tblGrid>
              <w:gridCol w:w="3279"/>
              <w:gridCol w:w="6662"/>
            </w:tblGrid>
            <w:tr w:rsidR="00403013" w:rsidTr="00403013">
              <w:tc>
                <w:tcPr>
                  <w:tcW w:w="3279" w:type="dxa"/>
                </w:tcPr>
                <w:p w:rsidR="00403013" w:rsidRDefault="00403013" w:rsidP="00403013">
                  <w:pPr>
                    <w:autoSpaceDE w:val="0"/>
                    <w:autoSpaceDN w:val="0"/>
                    <w:jc w:val="center"/>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Ngành kinh tế</w:t>
                  </w:r>
                </w:p>
              </w:tc>
              <w:tc>
                <w:tcPr>
                  <w:tcW w:w="6662" w:type="dxa"/>
                </w:tcPr>
                <w:p w:rsidR="00403013" w:rsidRDefault="00403013" w:rsidP="00403013">
                  <w:pPr>
                    <w:autoSpaceDE w:val="0"/>
                    <w:autoSpaceDN w:val="0"/>
                    <w:jc w:val="center"/>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Đặc điểm nổi bật</w:t>
                  </w:r>
                </w:p>
              </w:tc>
            </w:tr>
            <w:tr w:rsidR="00403013" w:rsidTr="00403013">
              <w:tc>
                <w:tcPr>
                  <w:tcW w:w="3279" w:type="dxa"/>
                </w:tcPr>
                <w:p w:rsidR="00403013" w:rsidRDefault="00403013" w:rsidP="00403013">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Nông nghiệp</w:t>
                  </w:r>
                </w:p>
              </w:tc>
              <w:tc>
                <w:tcPr>
                  <w:tcW w:w="6662" w:type="dxa"/>
                </w:tcPr>
                <w:p w:rsidR="00403013" w:rsidRDefault="00403013" w:rsidP="00403013">
                  <w:pPr>
                    <w:autoSpaceDE w:val="0"/>
                    <w:autoSpaceDN w:val="0"/>
                    <w:rPr>
                      <w:rFonts w:ascii="Times New Roman" w:eastAsia="Times New Roman Bold" w:hAnsi="Times New Roman" w:cs="Times New Roman"/>
                      <w:sz w:val="26"/>
                      <w:szCs w:val="26"/>
                    </w:rPr>
                  </w:pPr>
                </w:p>
              </w:tc>
            </w:tr>
            <w:tr w:rsidR="00403013" w:rsidTr="00403013">
              <w:tc>
                <w:tcPr>
                  <w:tcW w:w="3279" w:type="dxa"/>
                </w:tcPr>
                <w:p w:rsidR="00403013" w:rsidRDefault="00403013" w:rsidP="00403013">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Ngư nghiệp</w:t>
                  </w:r>
                </w:p>
              </w:tc>
              <w:tc>
                <w:tcPr>
                  <w:tcW w:w="6662" w:type="dxa"/>
                </w:tcPr>
                <w:p w:rsidR="00403013" w:rsidRDefault="00403013" w:rsidP="00403013">
                  <w:pPr>
                    <w:autoSpaceDE w:val="0"/>
                    <w:autoSpaceDN w:val="0"/>
                    <w:rPr>
                      <w:rFonts w:ascii="Times New Roman" w:eastAsia="Times New Roman Bold" w:hAnsi="Times New Roman" w:cs="Times New Roman"/>
                      <w:sz w:val="26"/>
                      <w:szCs w:val="26"/>
                    </w:rPr>
                  </w:pPr>
                </w:p>
              </w:tc>
            </w:tr>
            <w:tr w:rsidR="00403013" w:rsidTr="00403013">
              <w:tc>
                <w:tcPr>
                  <w:tcW w:w="3279" w:type="dxa"/>
                </w:tcPr>
                <w:p w:rsidR="00403013" w:rsidRDefault="00403013" w:rsidP="00403013">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Du lịch</w:t>
                  </w:r>
                </w:p>
              </w:tc>
              <w:tc>
                <w:tcPr>
                  <w:tcW w:w="6662" w:type="dxa"/>
                </w:tcPr>
                <w:p w:rsidR="00403013" w:rsidRDefault="00403013" w:rsidP="00403013">
                  <w:pPr>
                    <w:autoSpaceDE w:val="0"/>
                    <w:autoSpaceDN w:val="0"/>
                    <w:rPr>
                      <w:rFonts w:ascii="Times New Roman" w:eastAsia="Times New Roman Bold" w:hAnsi="Times New Roman" w:cs="Times New Roman"/>
                      <w:sz w:val="26"/>
                      <w:szCs w:val="26"/>
                    </w:rPr>
                  </w:pPr>
                </w:p>
              </w:tc>
            </w:tr>
            <w:tr w:rsidR="00403013" w:rsidTr="00403013">
              <w:tc>
                <w:tcPr>
                  <w:tcW w:w="3279" w:type="dxa"/>
                </w:tcPr>
                <w:p w:rsidR="00403013" w:rsidRDefault="00403013" w:rsidP="00403013">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Giao thông vận tải – logistics</w:t>
                  </w:r>
                </w:p>
              </w:tc>
              <w:tc>
                <w:tcPr>
                  <w:tcW w:w="6662" w:type="dxa"/>
                </w:tcPr>
                <w:p w:rsidR="00403013" w:rsidRDefault="00403013" w:rsidP="00403013">
                  <w:pPr>
                    <w:autoSpaceDE w:val="0"/>
                    <w:autoSpaceDN w:val="0"/>
                    <w:rPr>
                      <w:rFonts w:ascii="Times New Roman" w:eastAsia="Times New Roman Bold" w:hAnsi="Times New Roman" w:cs="Times New Roman"/>
                      <w:sz w:val="26"/>
                      <w:szCs w:val="26"/>
                    </w:rPr>
                  </w:pPr>
                </w:p>
              </w:tc>
            </w:tr>
            <w:tr w:rsidR="00403013" w:rsidTr="00403013">
              <w:tc>
                <w:tcPr>
                  <w:tcW w:w="3279" w:type="dxa"/>
                </w:tcPr>
                <w:p w:rsidR="00403013" w:rsidRDefault="00403013" w:rsidP="00403013">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Công nghiệp</w:t>
                  </w:r>
                </w:p>
              </w:tc>
              <w:tc>
                <w:tcPr>
                  <w:tcW w:w="6662" w:type="dxa"/>
                </w:tcPr>
                <w:p w:rsidR="00403013" w:rsidRDefault="00403013" w:rsidP="00403013">
                  <w:pPr>
                    <w:autoSpaceDE w:val="0"/>
                    <w:autoSpaceDN w:val="0"/>
                    <w:rPr>
                      <w:rFonts w:ascii="Times New Roman" w:eastAsia="Times New Roman Bold" w:hAnsi="Times New Roman" w:cs="Times New Roman"/>
                      <w:sz w:val="26"/>
                      <w:szCs w:val="26"/>
                    </w:rPr>
                  </w:pPr>
                </w:p>
              </w:tc>
            </w:tr>
          </w:tbl>
          <w:p w:rsidR="00403013" w:rsidRDefault="00EF4938" w:rsidP="00403013">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Từ bảng trên và qua kiến thức đã học, em có nhận xét gì về sự phát triển các ngành kinh tế của Bình Định hiện nay?</w:t>
            </w:r>
          </w:p>
          <w:p w:rsidR="00EF4938" w:rsidRPr="00403013" w:rsidRDefault="00EF4938" w:rsidP="00403013">
            <w:pPr>
              <w:autoSpaceDE w:val="0"/>
              <w:autoSpaceDN w:val="0"/>
              <w:rPr>
                <w:rFonts w:ascii="Times New Roman" w:eastAsia="Times New Roman Bold" w:hAnsi="Times New Roman" w:cs="Times New Roman"/>
                <w:sz w:val="26"/>
                <w:szCs w:val="26"/>
              </w:rPr>
            </w:pPr>
            <w:r>
              <w:rPr>
                <w:rFonts w:ascii="Times New Roman" w:eastAsia="Times New Roman Bold" w:hAnsi="Times New Roman" w:cs="Times New Roman"/>
                <w:sz w:val="26"/>
                <w:szCs w:val="26"/>
              </w:rPr>
              <w:t>2. Bình Định có những thuận lợi và khó khăn gì trong phát triển các ngành kinh tế?</w:t>
            </w:r>
          </w:p>
        </w:tc>
      </w:tr>
      <w:tr w:rsidR="00464688" w:rsidRPr="00E00DA0" w:rsidTr="008522E9">
        <w:tc>
          <w:tcPr>
            <w:tcW w:w="4003" w:type="dxa"/>
          </w:tcPr>
          <w:p w:rsidR="00464688" w:rsidRPr="00E00DA0" w:rsidRDefault="00464688" w:rsidP="00464688">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c) Sản phẩm:</w:t>
            </w:r>
          </w:p>
        </w:tc>
        <w:tc>
          <w:tcPr>
            <w:tcW w:w="6337" w:type="dxa"/>
          </w:tcPr>
          <w:p w:rsidR="00464688" w:rsidRPr="00E00DA0" w:rsidRDefault="00464688" w:rsidP="00464688">
            <w:pPr>
              <w:autoSpaceDE w:val="0"/>
              <w:autoSpaceDN w:val="0"/>
              <w:rPr>
                <w:rFonts w:ascii="Times New Roman" w:eastAsia="Times New Roman Bold" w:hAnsi="Times New Roman" w:cs="Times New Roman"/>
                <w:sz w:val="26"/>
                <w:szCs w:val="26"/>
              </w:rPr>
            </w:pPr>
          </w:p>
        </w:tc>
      </w:tr>
      <w:tr w:rsidR="00464688" w:rsidRPr="00E00DA0" w:rsidTr="008522E9">
        <w:tc>
          <w:tcPr>
            <w:tcW w:w="10340" w:type="dxa"/>
            <w:gridSpan w:val="2"/>
          </w:tcPr>
          <w:p w:rsidR="00D27C85" w:rsidRPr="00E00DA0" w:rsidRDefault="00D27C85" w:rsidP="00D27C85">
            <w:pPr>
              <w:autoSpaceDE w:val="0"/>
              <w:autoSpaceDN w:val="0"/>
              <w:rPr>
                <w:rFonts w:ascii="Times New Roman" w:eastAsia="Times New Roman Bold" w:hAnsi="Times New Roman" w:cs="Times New Roman"/>
                <w:sz w:val="26"/>
                <w:szCs w:val="26"/>
              </w:rPr>
            </w:pPr>
            <w:r w:rsidRPr="00E00DA0">
              <w:rPr>
                <w:rFonts w:ascii="Times New Roman" w:eastAsia="Times New Roman Bold" w:hAnsi="Times New Roman" w:cs="Times New Roman"/>
                <w:sz w:val="26"/>
                <w:szCs w:val="26"/>
              </w:rPr>
              <w:t>HS trả lời các câu hỏi và bài tập theo yêu cầu của GV ở trong SGK, SBT gồm có:</w:t>
            </w:r>
          </w:p>
          <w:p w:rsidR="00CF3362" w:rsidRPr="00E00DA0" w:rsidRDefault="00D27C85" w:rsidP="00D27C85">
            <w:pPr>
              <w:autoSpaceDE w:val="0"/>
              <w:autoSpaceDN w:val="0"/>
              <w:rPr>
                <w:rFonts w:ascii="Times New Roman" w:eastAsia="Times New Roman Bold" w:hAnsi="Times New Roman" w:cs="Times New Roman"/>
                <w:sz w:val="26"/>
                <w:szCs w:val="26"/>
              </w:rPr>
            </w:pPr>
            <w:r w:rsidRPr="00E00DA0">
              <w:rPr>
                <w:rFonts w:ascii="Times New Roman" w:eastAsia="Times New Roman Bold" w:hAnsi="Times New Roman" w:cs="Times New Roman"/>
                <w:sz w:val="26"/>
                <w:szCs w:val="26"/>
              </w:rPr>
              <w:t>Bài thuyết trình, câu trả lời</w:t>
            </w:r>
          </w:p>
        </w:tc>
      </w:tr>
      <w:tr w:rsidR="00464688" w:rsidRPr="00E00DA0" w:rsidTr="008522E9">
        <w:tc>
          <w:tcPr>
            <w:tcW w:w="4003" w:type="dxa"/>
          </w:tcPr>
          <w:p w:rsidR="00464688" w:rsidRPr="00E00DA0" w:rsidRDefault="00464688" w:rsidP="00464688">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d) Tổ chức thực hiện:</w:t>
            </w:r>
          </w:p>
        </w:tc>
        <w:tc>
          <w:tcPr>
            <w:tcW w:w="6337" w:type="dxa"/>
          </w:tcPr>
          <w:p w:rsidR="00464688" w:rsidRPr="00E00DA0" w:rsidRDefault="00464688" w:rsidP="00464688">
            <w:pPr>
              <w:autoSpaceDE w:val="0"/>
              <w:autoSpaceDN w:val="0"/>
              <w:rPr>
                <w:rFonts w:ascii="Times New Roman" w:eastAsia="Times New Roman Bold" w:hAnsi="Times New Roman" w:cs="Times New Roman"/>
                <w:sz w:val="26"/>
                <w:szCs w:val="26"/>
              </w:rPr>
            </w:pPr>
          </w:p>
        </w:tc>
      </w:tr>
      <w:tr w:rsidR="00464688" w:rsidRPr="00E00DA0" w:rsidTr="008522E9">
        <w:tc>
          <w:tcPr>
            <w:tcW w:w="10340" w:type="dxa"/>
            <w:gridSpan w:val="2"/>
          </w:tcPr>
          <w:p w:rsidR="00464688" w:rsidRPr="00E00DA0" w:rsidRDefault="00464688" w:rsidP="00464688">
            <w:pPr>
              <w:autoSpaceDE w:val="0"/>
              <w:autoSpaceDN w:val="0"/>
              <w:rPr>
                <w:rFonts w:ascii="Times New Roman" w:eastAsia="Times New Roman Bold" w:hAnsi="Times New Roman" w:cs="Times New Roman"/>
                <w:b/>
                <w:sz w:val="26"/>
                <w:szCs w:val="26"/>
              </w:rPr>
            </w:pPr>
            <w:r w:rsidRPr="00E00DA0">
              <w:rPr>
                <w:rFonts w:ascii="Times New Roman" w:hAnsi="Times New Roman" w:cs="Times New Roman"/>
                <w:b/>
                <w:sz w:val="26"/>
                <w:szCs w:val="26"/>
              </w:rPr>
              <w:t>Giao nhiệm vụ học tập:</w:t>
            </w:r>
            <w:r w:rsidR="009056D9" w:rsidRPr="00E00DA0">
              <w:rPr>
                <w:rFonts w:ascii="Times New Roman" w:hAnsi="Times New Roman" w:cs="Times New Roman"/>
                <w:b/>
                <w:sz w:val="26"/>
                <w:szCs w:val="26"/>
              </w:rPr>
              <w:t xml:space="preserve"> giao cho học sinh (đọc/nghe/nhìn/làm)</w:t>
            </w:r>
          </w:p>
        </w:tc>
      </w:tr>
      <w:tr w:rsidR="00464688" w:rsidRPr="00E00DA0" w:rsidTr="008522E9">
        <w:tc>
          <w:tcPr>
            <w:tcW w:w="10340" w:type="dxa"/>
            <w:gridSpan w:val="2"/>
          </w:tcPr>
          <w:p w:rsidR="00464688" w:rsidRPr="00E00DA0" w:rsidRDefault="00150327" w:rsidP="00464688">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GV yêu cầu HS thảo luận và làm các bài tập, trả lời các câu hỏi trong SGK, SBT (tại lớp hoặc ở  nhà)</w:t>
            </w:r>
          </w:p>
        </w:tc>
      </w:tr>
      <w:tr w:rsidR="00464688" w:rsidRPr="00E00DA0" w:rsidTr="008522E9">
        <w:tc>
          <w:tcPr>
            <w:tcW w:w="10340" w:type="dxa"/>
            <w:gridSpan w:val="2"/>
          </w:tcPr>
          <w:p w:rsidR="00464688" w:rsidRPr="00E00DA0" w:rsidRDefault="00464688" w:rsidP="0046468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Thực hiện nhiệm vụ (học sinh thực hiện; giáo viên theo dõi, hỗ trợ):</w:t>
            </w:r>
          </w:p>
        </w:tc>
      </w:tr>
      <w:tr w:rsidR="00464688" w:rsidRPr="00E00DA0" w:rsidTr="008522E9">
        <w:tc>
          <w:tcPr>
            <w:tcW w:w="10340" w:type="dxa"/>
            <w:gridSpan w:val="2"/>
          </w:tcPr>
          <w:p w:rsidR="00464688" w:rsidRPr="00E00DA0" w:rsidRDefault="00150327" w:rsidP="00464688">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HS thực hiện nhiệm vụ thảo luận và làm các bài tập, trả lời các câu hỏi trong SGK, SBT (tại lớp hoặc ở  nhà)</w:t>
            </w:r>
          </w:p>
        </w:tc>
      </w:tr>
      <w:tr w:rsidR="00464688" w:rsidRPr="00E00DA0" w:rsidTr="008522E9">
        <w:tc>
          <w:tcPr>
            <w:tcW w:w="10340" w:type="dxa"/>
            <w:gridSpan w:val="2"/>
          </w:tcPr>
          <w:p w:rsidR="00464688" w:rsidRPr="00E00DA0" w:rsidRDefault="00464688" w:rsidP="0046468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Báo cáo, thảo luận (giáo viên tổ chức, điều hành; học sinh báo cáo, thảo luận):</w:t>
            </w:r>
          </w:p>
        </w:tc>
      </w:tr>
      <w:tr w:rsidR="00464688" w:rsidRPr="00E00DA0" w:rsidTr="008522E9">
        <w:tc>
          <w:tcPr>
            <w:tcW w:w="10340" w:type="dxa"/>
            <w:gridSpan w:val="2"/>
          </w:tcPr>
          <w:p w:rsidR="00150327" w:rsidRPr="00E00DA0" w:rsidRDefault="00150327" w:rsidP="00150327">
            <w:pPr>
              <w:spacing w:line="288" w:lineRule="auto"/>
              <w:rPr>
                <w:rFonts w:ascii="Times New Roman" w:hAnsi="Times New Roman" w:cs="Times New Roman"/>
                <w:sz w:val="26"/>
                <w:szCs w:val="26"/>
              </w:rPr>
            </w:pPr>
            <w:r w:rsidRPr="00E00DA0">
              <w:rPr>
                <w:rFonts w:ascii="Times New Roman" w:hAnsi="Times New Roman" w:cs="Times New Roman"/>
                <w:sz w:val="26"/>
                <w:szCs w:val="26"/>
              </w:rPr>
              <w:t>GV yêu cầu đại diện nhóm trình bày các bài tập, câu hỏi, nhóm khác nhận xét và bổ sung.</w:t>
            </w:r>
          </w:p>
          <w:p w:rsidR="00464688" w:rsidRPr="00E00DA0" w:rsidRDefault="00150327" w:rsidP="00150327">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Đại diện nhóm trình bày, nhóm khác nhận xét và bổ sung.</w:t>
            </w:r>
          </w:p>
        </w:tc>
      </w:tr>
      <w:tr w:rsidR="00464688" w:rsidRPr="00E00DA0" w:rsidTr="008522E9">
        <w:tc>
          <w:tcPr>
            <w:tcW w:w="10340" w:type="dxa"/>
            <w:gridSpan w:val="2"/>
          </w:tcPr>
          <w:p w:rsidR="00464688" w:rsidRPr="00E00DA0" w:rsidRDefault="00464688" w:rsidP="0046468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Kết luận, nhận định:</w:t>
            </w:r>
          </w:p>
        </w:tc>
      </w:tr>
      <w:tr w:rsidR="00464688" w:rsidRPr="00E00DA0" w:rsidTr="008522E9">
        <w:tc>
          <w:tcPr>
            <w:tcW w:w="10340" w:type="dxa"/>
            <w:gridSpan w:val="2"/>
          </w:tcPr>
          <w:p w:rsidR="00464688" w:rsidRPr="00E00DA0" w:rsidRDefault="00150327" w:rsidP="00464688">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GV phân tích cụ thể về sản phẩm học tập mà học sinh phải hoàn thành theo yêu cầu và làm rõ các nội dung/vấn đề cần giải quyết/giải thích và nhiệm vụ học tập mà học sinh phải thực hiện tiếp</w:t>
            </w:r>
            <w:r w:rsidRPr="00E00DA0">
              <w:rPr>
                <w:rFonts w:ascii="Times New Roman" w:hAnsi="Times New Roman" w:cs="Times New Roman"/>
                <w:spacing w:val="-3"/>
                <w:sz w:val="26"/>
                <w:szCs w:val="26"/>
              </w:rPr>
              <w:t xml:space="preserve"> </w:t>
            </w:r>
            <w:r w:rsidRPr="00E00DA0">
              <w:rPr>
                <w:rFonts w:ascii="Times New Roman" w:hAnsi="Times New Roman" w:cs="Times New Roman"/>
                <w:sz w:val="26"/>
                <w:szCs w:val="26"/>
              </w:rPr>
              <w:t>theo</w:t>
            </w:r>
          </w:p>
        </w:tc>
      </w:tr>
      <w:tr w:rsidR="00464688" w:rsidRPr="00E00DA0" w:rsidTr="008522E9">
        <w:tc>
          <w:tcPr>
            <w:tcW w:w="10340" w:type="dxa"/>
            <w:gridSpan w:val="2"/>
          </w:tcPr>
          <w:p w:rsidR="00464688" w:rsidRPr="00E00DA0" w:rsidRDefault="00464688" w:rsidP="00464688">
            <w:pPr>
              <w:autoSpaceDE w:val="0"/>
              <w:autoSpaceDN w:val="0"/>
              <w:rPr>
                <w:rFonts w:ascii="Times New Roman" w:eastAsia="Times New Roman Bold" w:hAnsi="Times New Roman" w:cs="Times New Roman"/>
                <w:sz w:val="26"/>
                <w:szCs w:val="26"/>
              </w:rPr>
            </w:pPr>
            <w:r w:rsidRPr="00E00DA0">
              <w:rPr>
                <w:rFonts w:ascii="Times New Roman" w:eastAsia="Times New Roman Bold" w:hAnsi="Times New Roman" w:cs="Times New Roman"/>
                <w:b/>
                <w:sz w:val="26"/>
                <w:szCs w:val="26"/>
              </w:rPr>
              <w:t xml:space="preserve">4. Hoạt động 4: Vận dụng </w:t>
            </w:r>
            <w:r w:rsidRPr="00E00DA0">
              <w:rPr>
                <w:rFonts w:ascii="Times New Roman" w:eastAsia="Times New Roman Italic" w:hAnsi="Times New Roman" w:cs="Times New Roman"/>
                <w:i/>
                <w:sz w:val="26"/>
                <w:szCs w:val="26"/>
              </w:rPr>
              <w:t xml:space="preserve">[dự kiến thời gian] </w:t>
            </w:r>
            <w:r w:rsidRPr="00E00DA0">
              <w:rPr>
                <w:rFonts w:ascii="Times New Roman" w:eastAsia="Times New Roman Italic" w:hAnsi="Times New Roman" w:cs="Times New Roman"/>
                <w:b/>
                <w:i/>
                <w:color w:val="C00000"/>
                <w:sz w:val="26"/>
                <w:szCs w:val="26"/>
              </w:rPr>
              <w:t xml:space="preserve">( </w:t>
            </w:r>
            <w:r w:rsidR="003B0070" w:rsidRPr="00E00DA0">
              <w:rPr>
                <w:rFonts w:ascii="Times New Roman" w:eastAsia="Times New Roman Italic" w:hAnsi="Times New Roman" w:cs="Times New Roman"/>
                <w:b/>
                <w:i/>
                <w:color w:val="C00000"/>
                <w:sz w:val="26"/>
                <w:szCs w:val="26"/>
              </w:rPr>
              <w:t xml:space="preserve">5 </w:t>
            </w:r>
            <w:r w:rsidRPr="00E00DA0">
              <w:rPr>
                <w:rFonts w:ascii="Times New Roman" w:eastAsia="Times New Roman Italic" w:hAnsi="Times New Roman" w:cs="Times New Roman"/>
                <w:b/>
                <w:i/>
                <w:color w:val="C00000"/>
                <w:sz w:val="26"/>
                <w:szCs w:val="26"/>
              </w:rPr>
              <w:t>phút)</w:t>
            </w:r>
          </w:p>
        </w:tc>
      </w:tr>
      <w:tr w:rsidR="00464688" w:rsidRPr="00E00DA0" w:rsidTr="008522E9">
        <w:tc>
          <w:tcPr>
            <w:tcW w:w="4003" w:type="dxa"/>
          </w:tcPr>
          <w:p w:rsidR="00464688" w:rsidRPr="00E00DA0" w:rsidRDefault="00464688" w:rsidP="00464688">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a) Mục tiêu:</w:t>
            </w:r>
          </w:p>
        </w:tc>
        <w:tc>
          <w:tcPr>
            <w:tcW w:w="6337" w:type="dxa"/>
          </w:tcPr>
          <w:p w:rsidR="00464688" w:rsidRPr="00E00DA0" w:rsidRDefault="00464688" w:rsidP="00464688">
            <w:pPr>
              <w:autoSpaceDE w:val="0"/>
              <w:autoSpaceDN w:val="0"/>
              <w:rPr>
                <w:rFonts w:ascii="Times New Roman" w:eastAsia="Times New Roman Bold" w:hAnsi="Times New Roman" w:cs="Times New Roman"/>
                <w:sz w:val="26"/>
                <w:szCs w:val="26"/>
              </w:rPr>
            </w:pPr>
          </w:p>
        </w:tc>
      </w:tr>
      <w:tr w:rsidR="00464688" w:rsidRPr="00E00DA0" w:rsidTr="008522E9">
        <w:tc>
          <w:tcPr>
            <w:tcW w:w="10340" w:type="dxa"/>
            <w:gridSpan w:val="2"/>
          </w:tcPr>
          <w:p w:rsidR="00464688" w:rsidRPr="00E00DA0" w:rsidRDefault="00150327" w:rsidP="00464688">
            <w:pPr>
              <w:autoSpaceDE w:val="0"/>
              <w:autoSpaceDN w:val="0"/>
              <w:rPr>
                <w:rFonts w:ascii="Times New Roman" w:eastAsia="Times New Roman Bold" w:hAnsi="Times New Roman" w:cs="Times New Roman"/>
                <w:sz w:val="26"/>
                <w:szCs w:val="26"/>
              </w:rPr>
            </w:pPr>
            <w:r w:rsidRPr="00E00DA0">
              <w:rPr>
                <w:rFonts w:ascii="Times New Roman" w:hAnsi="Times New Roman" w:cs="Times New Roman"/>
                <w:sz w:val="26"/>
                <w:szCs w:val="26"/>
                <w:lang w:val="nl-NL"/>
              </w:rPr>
              <w:t xml:space="preserve">Vận dụng kiến thức vào thực tiễn. </w:t>
            </w:r>
            <w:r w:rsidRPr="00E00DA0">
              <w:rPr>
                <w:rFonts w:ascii="Times New Roman" w:hAnsi="Times New Roman" w:cs="Times New Roman"/>
                <w:sz w:val="26"/>
                <w:szCs w:val="26"/>
              </w:rPr>
              <w:t>Giải quyết được các tình huống đặt ra</w:t>
            </w:r>
          </w:p>
        </w:tc>
      </w:tr>
      <w:tr w:rsidR="00464688" w:rsidRPr="00E00DA0" w:rsidTr="008522E9">
        <w:tc>
          <w:tcPr>
            <w:tcW w:w="4003" w:type="dxa"/>
          </w:tcPr>
          <w:p w:rsidR="00464688" w:rsidRPr="00E00DA0" w:rsidRDefault="00464688" w:rsidP="00464688">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b) Nội dung:</w:t>
            </w:r>
          </w:p>
        </w:tc>
        <w:tc>
          <w:tcPr>
            <w:tcW w:w="6337" w:type="dxa"/>
          </w:tcPr>
          <w:p w:rsidR="00464688" w:rsidRPr="00E00DA0" w:rsidRDefault="00464688" w:rsidP="00464688">
            <w:pPr>
              <w:autoSpaceDE w:val="0"/>
              <w:autoSpaceDN w:val="0"/>
              <w:rPr>
                <w:rFonts w:ascii="Times New Roman" w:eastAsia="Times New Roman Bold" w:hAnsi="Times New Roman" w:cs="Times New Roman"/>
                <w:sz w:val="26"/>
                <w:szCs w:val="26"/>
              </w:rPr>
            </w:pPr>
          </w:p>
        </w:tc>
      </w:tr>
      <w:tr w:rsidR="00464688" w:rsidRPr="00E00DA0" w:rsidTr="008522E9">
        <w:tc>
          <w:tcPr>
            <w:tcW w:w="10340" w:type="dxa"/>
            <w:gridSpan w:val="2"/>
          </w:tcPr>
          <w:p w:rsidR="00D6091E" w:rsidRPr="00E00DA0" w:rsidRDefault="003B0070" w:rsidP="003240AA">
            <w:pPr>
              <w:rPr>
                <w:rFonts w:ascii="Times New Roman" w:hAnsi="Times New Roman" w:cs="Times New Roman"/>
                <w:spacing w:val="-4"/>
                <w:sz w:val="26"/>
                <w:szCs w:val="26"/>
              </w:rPr>
            </w:pPr>
            <w:r w:rsidRPr="00E00DA0">
              <w:rPr>
                <w:rFonts w:ascii="Times New Roman" w:hAnsi="Times New Roman" w:cs="Times New Roman"/>
                <w:spacing w:val="-3"/>
                <w:sz w:val="26"/>
                <w:szCs w:val="26"/>
              </w:rPr>
              <w:t xml:space="preserve">Yêu cầu học sinh </w:t>
            </w:r>
            <w:r w:rsidRPr="00E00DA0">
              <w:rPr>
                <w:rFonts w:ascii="Times New Roman" w:hAnsi="Times New Roman" w:cs="Times New Roman"/>
                <w:spacing w:val="-4"/>
                <w:sz w:val="26"/>
                <w:szCs w:val="26"/>
              </w:rPr>
              <w:t xml:space="preserve">phát hiện/đề xuất </w:t>
            </w:r>
            <w:r w:rsidRPr="00E00DA0">
              <w:rPr>
                <w:rFonts w:ascii="Times New Roman" w:hAnsi="Times New Roman" w:cs="Times New Roman"/>
                <w:spacing w:val="-3"/>
                <w:sz w:val="26"/>
                <w:szCs w:val="26"/>
              </w:rPr>
              <w:t xml:space="preserve">các vấn </w:t>
            </w:r>
            <w:r w:rsidRPr="00E00DA0">
              <w:rPr>
                <w:rFonts w:ascii="Times New Roman" w:hAnsi="Times New Roman" w:cs="Times New Roman"/>
                <w:spacing w:val="-4"/>
                <w:sz w:val="26"/>
                <w:szCs w:val="26"/>
              </w:rPr>
              <w:t xml:space="preserve">đề/tình huống trong </w:t>
            </w:r>
            <w:r w:rsidRPr="00E00DA0">
              <w:rPr>
                <w:rFonts w:ascii="Times New Roman" w:hAnsi="Times New Roman" w:cs="Times New Roman"/>
                <w:spacing w:val="-3"/>
                <w:sz w:val="26"/>
                <w:szCs w:val="26"/>
              </w:rPr>
              <w:t xml:space="preserve">thực </w:t>
            </w:r>
            <w:r w:rsidRPr="00E00DA0">
              <w:rPr>
                <w:rFonts w:ascii="Times New Roman" w:hAnsi="Times New Roman" w:cs="Times New Roman"/>
                <w:spacing w:val="-4"/>
                <w:sz w:val="26"/>
                <w:szCs w:val="26"/>
              </w:rPr>
              <w:t>tiễn</w:t>
            </w:r>
            <w:r w:rsidRPr="00E00DA0">
              <w:rPr>
                <w:rFonts w:ascii="Times New Roman" w:hAnsi="Times New Roman" w:cs="Times New Roman"/>
                <w:spacing w:val="-9"/>
                <w:sz w:val="26"/>
                <w:szCs w:val="26"/>
              </w:rPr>
              <w:t xml:space="preserve"> </w:t>
            </w:r>
            <w:r w:rsidRPr="00E00DA0">
              <w:rPr>
                <w:rFonts w:ascii="Times New Roman" w:hAnsi="Times New Roman" w:cs="Times New Roman"/>
                <w:sz w:val="26"/>
                <w:szCs w:val="26"/>
              </w:rPr>
              <w:t>và</w:t>
            </w:r>
            <w:r w:rsidRPr="00E00DA0">
              <w:rPr>
                <w:rFonts w:ascii="Times New Roman" w:hAnsi="Times New Roman" w:cs="Times New Roman"/>
                <w:spacing w:val="-11"/>
                <w:sz w:val="26"/>
                <w:szCs w:val="26"/>
              </w:rPr>
              <w:t xml:space="preserve"> </w:t>
            </w:r>
            <w:r w:rsidRPr="00E00DA0">
              <w:rPr>
                <w:rFonts w:ascii="Times New Roman" w:hAnsi="Times New Roman" w:cs="Times New Roman"/>
                <w:spacing w:val="-3"/>
                <w:sz w:val="26"/>
                <w:szCs w:val="26"/>
              </w:rPr>
              <w:t>vận</w:t>
            </w:r>
            <w:r w:rsidRPr="00E00DA0">
              <w:rPr>
                <w:rFonts w:ascii="Times New Roman" w:hAnsi="Times New Roman" w:cs="Times New Roman"/>
                <w:spacing w:val="-8"/>
                <w:sz w:val="26"/>
                <w:szCs w:val="26"/>
              </w:rPr>
              <w:t xml:space="preserve"> </w:t>
            </w:r>
            <w:r w:rsidRPr="00E00DA0">
              <w:rPr>
                <w:rFonts w:ascii="Times New Roman" w:hAnsi="Times New Roman" w:cs="Times New Roman"/>
                <w:spacing w:val="-3"/>
                <w:sz w:val="26"/>
                <w:szCs w:val="26"/>
              </w:rPr>
              <w:t>dụng</w:t>
            </w:r>
            <w:r w:rsidRPr="00E00DA0">
              <w:rPr>
                <w:rFonts w:ascii="Times New Roman" w:hAnsi="Times New Roman" w:cs="Times New Roman"/>
                <w:spacing w:val="-8"/>
                <w:sz w:val="26"/>
                <w:szCs w:val="26"/>
              </w:rPr>
              <w:t xml:space="preserve"> </w:t>
            </w:r>
            <w:r w:rsidRPr="00E00DA0">
              <w:rPr>
                <w:rFonts w:ascii="Times New Roman" w:hAnsi="Times New Roman" w:cs="Times New Roman"/>
                <w:spacing w:val="-4"/>
                <w:sz w:val="26"/>
                <w:szCs w:val="26"/>
              </w:rPr>
              <w:t>kiến</w:t>
            </w:r>
            <w:r w:rsidRPr="00E00DA0">
              <w:rPr>
                <w:rFonts w:ascii="Times New Roman" w:hAnsi="Times New Roman" w:cs="Times New Roman"/>
                <w:spacing w:val="-8"/>
                <w:sz w:val="26"/>
                <w:szCs w:val="26"/>
              </w:rPr>
              <w:t xml:space="preserve"> </w:t>
            </w:r>
            <w:r w:rsidRPr="00E00DA0">
              <w:rPr>
                <w:rFonts w:ascii="Times New Roman" w:hAnsi="Times New Roman" w:cs="Times New Roman"/>
                <w:spacing w:val="-4"/>
                <w:sz w:val="26"/>
                <w:szCs w:val="26"/>
              </w:rPr>
              <w:t>thức</w:t>
            </w:r>
            <w:r w:rsidRPr="00E00DA0">
              <w:rPr>
                <w:rFonts w:ascii="Times New Roman" w:hAnsi="Times New Roman" w:cs="Times New Roman"/>
                <w:spacing w:val="-8"/>
                <w:sz w:val="26"/>
                <w:szCs w:val="26"/>
              </w:rPr>
              <w:t xml:space="preserve"> </w:t>
            </w:r>
            <w:r w:rsidRPr="00E00DA0">
              <w:rPr>
                <w:rFonts w:ascii="Times New Roman" w:hAnsi="Times New Roman" w:cs="Times New Roman"/>
                <w:spacing w:val="-3"/>
                <w:sz w:val="26"/>
                <w:szCs w:val="26"/>
              </w:rPr>
              <w:t>mới</w:t>
            </w:r>
            <w:r w:rsidRPr="00E00DA0">
              <w:rPr>
                <w:rFonts w:ascii="Times New Roman" w:hAnsi="Times New Roman" w:cs="Times New Roman"/>
                <w:spacing w:val="-8"/>
                <w:sz w:val="26"/>
                <w:szCs w:val="26"/>
              </w:rPr>
              <w:t xml:space="preserve"> </w:t>
            </w:r>
            <w:r w:rsidRPr="00E00DA0">
              <w:rPr>
                <w:rFonts w:ascii="Times New Roman" w:hAnsi="Times New Roman" w:cs="Times New Roman"/>
                <w:spacing w:val="-3"/>
                <w:sz w:val="26"/>
                <w:szCs w:val="26"/>
              </w:rPr>
              <w:lastRenderedPageBreak/>
              <w:t>học</w:t>
            </w:r>
            <w:r w:rsidRPr="00E00DA0">
              <w:rPr>
                <w:rFonts w:ascii="Times New Roman" w:hAnsi="Times New Roman" w:cs="Times New Roman"/>
                <w:spacing w:val="-8"/>
                <w:sz w:val="26"/>
                <w:szCs w:val="26"/>
              </w:rPr>
              <w:t xml:space="preserve"> </w:t>
            </w:r>
            <w:r w:rsidRPr="00E00DA0">
              <w:rPr>
                <w:rFonts w:ascii="Times New Roman" w:hAnsi="Times New Roman" w:cs="Times New Roman"/>
                <w:spacing w:val="-3"/>
                <w:sz w:val="26"/>
                <w:szCs w:val="26"/>
              </w:rPr>
              <w:t>để</w:t>
            </w:r>
            <w:r w:rsidRPr="00E00DA0">
              <w:rPr>
                <w:rFonts w:ascii="Times New Roman" w:hAnsi="Times New Roman" w:cs="Times New Roman"/>
                <w:spacing w:val="-8"/>
                <w:sz w:val="26"/>
                <w:szCs w:val="26"/>
              </w:rPr>
              <w:t xml:space="preserve"> </w:t>
            </w:r>
            <w:r w:rsidRPr="00E00DA0">
              <w:rPr>
                <w:rFonts w:ascii="Times New Roman" w:hAnsi="Times New Roman" w:cs="Times New Roman"/>
                <w:spacing w:val="-3"/>
                <w:sz w:val="26"/>
                <w:szCs w:val="26"/>
              </w:rPr>
              <w:t>giải</w:t>
            </w:r>
            <w:r w:rsidRPr="00E00DA0">
              <w:rPr>
                <w:rFonts w:ascii="Times New Roman" w:hAnsi="Times New Roman" w:cs="Times New Roman"/>
                <w:spacing w:val="-9"/>
                <w:sz w:val="26"/>
                <w:szCs w:val="26"/>
              </w:rPr>
              <w:t xml:space="preserve"> </w:t>
            </w:r>
            <w:r w:rsidRPr="00E00DA0">
              <w:rPr>
                <w:rFonts w:ascii="Times New Roman" w:hAnsi="Times New Roman" w:cs="Times New Roman"/>
                <w:spacing w:val="-4"/>
                <w:sz w:val="26"/>
                <w:szCs w:val="26"/>
              </w:rPr>
              <w:t>quyết vấn đề.</w:t>
            </w:r>
          </w:p>
          <w:p w:rsidR="00D6091E" w:rsidRDefault="00EF4938" w:rsidP="00EF4938">
            <w:pPr>
              <w:rPr>
                <w:rFonts w:ascii="Times New Roman" w:hAnsi="Times New Roman" w:cs="Times New Roman"/>
                <w:spacing w:val="-4"/>
                <w:sz w:val="26"/>
                <w:szCs w:val="26"/>
              </w:rPr>
            </w:pPr>
            <w:r>
              <w:rPr>
                <w:rFonts w:ascii="Times New Roman" w:hAnsi="Times New Roman" w:cs="Times New Roman"/>
                <w:spacing w:val="-4"/>
                <w:sz w:val="26"/>
                <w:szCs w:val="26"/>
              </w:rPr>
              <w:t>1. Trong các ngành nghề kinh tế ở Bình Định, theo em ngành nghề nào có tiềm năng phát triển nhất? Vì sao?</w:t>
            </w:r>
          </w:p>
          <w:p w:rsidR="00EF4938" w:rsidRPr="00EF4938" w:rsidRDefault="00EF4938" w:rsidP="00EF4938">
            <w:pPr>
              <w:rPr>
                <w:rFonts w:ascii="Times New Roman" w:hAnsi="Times New Roman" w:cs="Times New Roman"/>
                <w:spacing w:val="-4"/>
                <w:sz w:val="26"/>
                <w:szCs w:val="26"/>
              </w:rPr>
            </w:pPr>
            <w:r>
              <w:rPr>
                <w:rFonts w:ascii="Times New Roman" w:hAnsi="Times New Roman" w:cs="Times New Roman"/>
                <w:spacing w:val="-4"/>
                <w:sz w:val="26"/>
                <w:szCs w:val="26"/>
              </w:rPr>
              <w:t>2. Viết bài giới thiệu ngắn gọn về đặc điểm và tiềm năng phát triển trong thời gian tới các ngành nghề kinh tế có ở địa phương em đang sống?</w:t>
            </w:r>
          </w:p>
        </w:tc>
      </w:tr>
      <w:tr w:rsidR="00464688" w:rsidRPr="00E00DA0" w:rsidTr="008522E9">
        <w:tc>
          <w:tcPr>
            <w:tcW w:w="4003" w:type="dxa"/>
          </w:tcPr>
          <w:p w:rsidR="00464688" w:rsidRPr="00E00DA0" w:rsidRDefault="00464688" w:rsidP="00464688">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lastRenderedPageBreak/>
              <w:t>c) Sản phẩm:</w:t>
            </w:r>
          </w:p>
        </w:tc>
        <w:tc>
          <w:tcPr>
            <w:tcW w:w="6337" w:type="dxa"/>
          </w:tcPr>
          <w:p w:rsidR="00464688" w:rsidRPr="00E00DA0" w:rsidRDefault="00464688" w:rsidP="00464688">
            <w:pPr>
              <w:autoSpaceDE w:val="0"/>
              <w:autoSpaceDN w:val="0"/>
              <w:rPr>
                <w:rFonts w:ascii="Times New Roman" w:eastAsia="Times New Roman Bold" w:hAnsi="Times New Roman" w:cs="Times New Roman"/>
                <w:sz w:val="26"/>
                <w:szCs w:val="26"/>
              </w:rPr>
            </w:pPr>
          </w:p>
        </w:tc>
      </w:tr>
      <w:tr w:rsidR="00464688" w:rsidRPr="00E00DA0" w:rsidTr="008522E9">
        <w:tc>
          <w:tcPr>
            <w:tcW w:w="10340" w:type="dxa"/>
            <w:gridSpan w:val="2"/>
          </w:tcPr>
          <w:p w:rsidR="00464688" w:rsidRPr="00E00DA0" w:rsidRDefault="003B0070" w:rsidP="009B2FCB">
            <w:pPr>
              <w:widowControl w:val="0"/>
              <w:tabs>
                <w:tab w:val="left" w:pos="1170"/>
              </w:tabs>
              <w:autoSpaceDE w:val="0"/>
              <w:autoSpaceDN w:val="0"/>
              <w:spacing w:line="278" w:lineRule="auto"/>
              <w:ind w:right="109"/>
              <w:jc w:val="both"/>
              <w:rPr>
                <w:rFonts w:ascii="Times New Roman" w:eastAsia="Times New Roman Bold" w:hAnsi="Times New Roman" w:cs="Times New Roman"/>
                <w:sz w:val="26"/>
                <w:szCs w:val="26"/>
              </w:rPr>
            </w:pPr>
            <w:r w:rsidRPr="00E00DA0">
              <w:rPr>
                <w:rFonts w:ascii="Times New Roman" w:hAnsi="Times New Roman" w:cs="Times New Roman"/>
                <w:sz w:val="26"/>
                <w:szCs w:val="26"/>
              </w:rPr>
              <w:t>Yêu cầu HS báo cáo về nội dung và hình thức phát hiện và giải quyết tình huống/vấn đề trong thực</w:t>
            </w:r>
            <w:r w:rsidRPr="00E00DA0">
              <w:rPr>
                <w:rFonts w:ascii="Times New Roman" w:hAnsi="Times New Roman" w:cs="Times New Roman"/>
                <w:spacing w:val="-2"/>
                <w:sz w:val="26"/>
                <w:szCs w:val="26"/>
              </w:rPr>
              <w:t xml:space="preserve"> </w:t>
            </w:r>
            <w:r w:rsidRPr="00E00DA0">
              <w:rPr>
                <w:rFonts w:ascii="Times New Roman" w:hAnsi="Times New Roman" w:cs="Times New Roman"/>
                <w:sz w:val="26"/>
                <w:szCs w:val="26"/>
              </w:rPr>
              <w:t>tiễn về nhà ở trong thực tế tại địa phương.</w:t>
            </w:r>
          </w:p>
        </w:tc>
      </w:tr>
      <w:tr w:rsidR="00464688" w:rsidRPr="00E00DA0" w:rsidTr="008522E9">
        <w:tc>
          <w:tcPr>
            <w:tcW w:w="4003" w:type="dxa"/>
          </w:tcPr>
          <w:p w:rsidR="00464688" w:rsidRPr="00E00DA0" w:rsidRDefault="00464688" w:rsidP="00464688">
            <w:pPr>
              <w:autoSpaceDE w:val="0"/>
              <w:autoSpaceDN w:val="0"/>
              <w:rPr>
                <w:rFonts w:ascii="Times New Roman" w:eastAsia="Times New Roman" w:hAnsi="Times New Roman" w:cs="Times New Roman"/>
                <w:b/>
                <w:sz w:val="26"/>
                <w:szCs w:val="26"/>
              </w:rPr>
            </w:pPr>
            <w:r w:rsidRPr="00E00DA0">
              <w:rPr>
                <w:rFonts w:ascii="Times New Roman" w:eastAsia="Times New Roman" w:hAnsi="Times New Roman" w:cs="Times New Roman"/>
                <w:b/>
                <w:sz w:val="26"/>
                <w:szCs w:val="26"/>
              </w:rPr>
              <w:t>d) Tổ chức thực hiện:</w:t>
            </w:r>
          </w:p>
        </w:tc>
        <w:tc>
          <w:tcPr>
            <w:tcW w:w="6337" w:type="dxa"/>
          </w:tcPr>
          <w:p w:rsidR="00464688" w:rsidRPr="00E00DA0" w:rsidRDefault="00464688" w:rsidP="00464688">
            <w:pPr>
              <w:autoSpaceDE w:val="0"/>
              <w:autoSpaceDN w:val="0"/>
              <w:rPr>
                <w:rFonts w:ascii="Times New Roman" w:eastAsia="Times New Roman Bold" w:hAnsi="Times New Roman" w:cs="Times New Roman"/>
                <w:sz w:val="26"/>
                <w:szCs w:val="26"/>
              </w:rPr>
            </w:pPr>
          </w:p>
        </w:tc>
      </w:tr>
      <w:tr w:rsidR="00DF1AD8" w:rsidRPr="00E00DA0" w:rsidTr="008522E9">
        <w:tc>
          <w:tcPr>
            <w:tcW w:w="10340" w:type="dxa"/>
            <w:gridSpan w:val="2"/>
          </w:tcPr>
          <w:p w:rsidR="00DF1AD8" w:rsidRPr="00E00DA0" w:rsidRDefault="00DF1AD8" w:rsidP="00DF1AD8">
            <w:pPr>
              <w:autoSpaceDE w:val="0"/>
              <w:autoSpaceDN w:val="0"/>
              <w:rPr>
                <w:rFonts w:ascii="Times New Roman" w:eastAsia="Times New Roman Bold" w:hAnsi="Times New Roman" w:cs="Times New Roman"/>
                <w:b/>
                <w:sz w:val="26"/>
                <w:szCs w:val="26"/>
              </w:rPr>
            </w:pPr>
            <w:r w:rsidRPr="00E00DA0">
              <w:rPr>
                <w:rFonts w:ascii="Times New Roman" w:hAnsi="Times New Roman" w:cs="Times New Roman"/>
                <w:b/>
                <w:sz w:val="26"/>
                <w:szCs w:val="26"/>
              </w:rPr>
              <w:t>Giao nhiệm vụ học tập:</w:t>
            </w:r>
            <w:r w:rsidR="009056D9" w:rsidRPr="00E00DA0">
              <w:rPr>
                <w:rFonts w:ascii="Times New Roman" w:hAnsi="Times New Roman" w:cs="Times New Roman"/>
                <w:b/>
                <w:sz w:val="26"/>
                <w:szCs w:val="26"/>
              </w:rPr>
              <w:t xml:space="preserve"> giao cho học sinh (đọc/nghe/nhìn/làm)</w:t>
            </w:r>
          </w:p>
        </w:tc>
      </w:tr>
      <w:tr w:rsidR="00DF1AD8" w:rsidRPr="00E00DA0" w:rsidTr="008522E9">
        <w:tc>
          <w:tcPr>
            <w:tcW w:w="10340" w:type="dxa"/>
            <w:gridSpan w:val="2"/>
          </w:tcPr>
          <w:p w:rsidR="00DF1AD8" w:rsidRPr="00E00DA0" w:rsidRDefault="003B0070" w:rsidP="00D6091E">
            <w:pPr>
              <w:autoSpaceDE w:val="0"/>
              <w:autoSpaceDN w:val="0"/>
              <w:rPr>
                <w:rFonts w:ascii="Times New Roman" w:hAnsi="Times New Roman" w:cs="Times New Roman"/>
                <w:sz w:val="26"/>
                <w:szCs w:val="26"/>
              </w:rPr>
            </w:pPr>
            <w:r w:rsidRPr="00E00DA0">
              <w:rPr>
                <w:rFonts w:ascii="Times New Roman" w:hAnsi="Times New Roman" w:cs="Times New Roman"/>
                <w:sz w:val="26"/>
                <w:szCs w:val="26"/>
                <w:lang w:val="nl-NL"/>
              </w:rPr>
              <w:t>GV yêu cầu HS</w:t>
            </w:r>
          </w:p>
        </w:tc>
      </w:tr>
      <w:tr w:rsidR="00DF1AD8" w:rsidRPr="00E00DA0" w:rsidTr="008522E9">
        <w:tc>
          <w:tcPr>
            <w:tcW w:w="10340" w:type="dxa"/>
            <w:gridSpan w:val="2"/>
          </w:tcPr>
          <w:p w:rsidR="00DF1AD8" w:rsidRPr="00E00DA0" w:rsidRDefault="00DF1AD8" w:rsidP="00DF1AD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Thực hiện nhiệm vụ (học sinh thực hiện; giáo viên theo dõi, hỗ trợ):</w:t>
            </w:r>
          </w:p>
        </w:tc>
      </w:tr>
      <w:tr w:rsidR="00DF1AD8" w:rsidRPr="00E00DA0" w:rsidTr="008522E9">
        <w:tc>
          <w:tcPr>
            <w:tcW w:w="10340" w:type="dxa"/>
            <w:gridSpan w:val="2"/>
          </w:tcPr>
          <w:p w:rsidR="00DF1AD8" w:rsidRPr="00E00DA0" w:rsidRDefault="00A31E52" w:rsidP="00DF1AD8">
            <w:pPr>
              <w:autoSpaceDE w:val="0"/>
              <w:autoSpaceDN w:val="0"/>
              <w:rPr>
                <w:rFonts w:ascii="Times New Roman" w:hAnsi="Times New Roman" w:cs="Times New Roman"/>
                <w:sz w:val="26"/>
                <w:szCs w:val="26"/>
              </w:rPr>
            </w:pPr>
            <w:r w:rsidRPr="00E00DA0">
              <w:rPr>
                <w:rFonts w:ascii="Times New Roman" w:hAnsi="Times New Roman" w:cs="Times New Roman"/>
                <w:sz w:val="26"/>
                <w:szCs w:val="26"/>
                <w:lang w:val="nl-NL"/>
              </w:rPr>
              <w:t>HS thực hiện nhiệm vụ của GV tại nhà với sự theo dõi của Phụ huynh.</w:t>
            </w:r>
          </w:p>
        </w:tc>
      </w:tr>
      <w:tr w:rsidR="00DF1AD8" w:rsidRPr="00E00DA0" w:rsidTr="008522E9">
        <w:tc>
          <w:tcPr>
            <w:tcW w:w="10340" w:type="dxa"/>
            <w:gridSpan w:val="2"/>
          </w:tcPr>
          <w:p w:rsidR="00DF1AD8" w:rsidRPr="00E00DA0" w:rsidRDefault="00DF1AD8" w:rsidP="00DF1AD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Báo cáo, thảo luận (giáo viên tổ chức, điều hành; học sinh báo cáo, thảo luận):</w:t>
            </w:r>
          </w:p>
        </w:tc>
      </w:tr>
      <w:tr w:rsidR="00DF1AD8" w:rsidRPr="00E00DA0" w:rsidTr="008522E9">
        <w:tc>
          <w:tcPr>
            <w:tcW w:w="10340" w:type="dxa"/>
            <w:gridSpan w:val="2"/>
          </w:tcPr>
          <w:p w:rsidR="00EA0D5A" w:rsidRPr="00E00DA0" w:rsidRDefault="00EA0D5A" w:rsidP="00EA0D5A">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 xml:space="preserve">GV yêu cầu đại diện nhóm trình bày, nhóm khác nhận xét và bổ sung. </w:t>
            </w:r>
          </w:p>
          <w:p w:rsidR="00EA0D5A" w:rsidRPr="00E00DA0" w:rsidRDefault="00EA0D5A" w:rsidP="00EA0D5A">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HS trình bày kết quả của mình, HS khác nhận xét và bổ sung.</w:t>
            </w:r>
          </w:p>
          <w:p w:rsidR="00C66675" w:rsidRPr="00E00DA0" w:rsidRDefault="00EA0D5A" w:rsidP="00EA0D5A">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Đại diện nhóm trình bày, nhóm khác nhận xét và bổ sung.</w:t>
            </w:r>
          </w:p>
        </w:tc>
      </w:tr>
      <w:tr w:rsidR="00DF1AD8" w:rsidRPr="00E00DA0" w:rsidTr="008522E9">
        <w:tc>
          <w:tcPr>
            <w:tcW w:w="10340" w:type="dxa"/>
            <w:gridSpan w:val="2"/>
          </w:tcPr>
          <w:p w:rsidR="00DF1AD8" w:rsidRPr="00E00DA0" w:rsidRDefault="00DF1AD8" w:rsidP="00DF1AD8">
            <w:pPr>
              <w:autoSpaceDE w:val="0"/>
              <w:autoSpaceDN w:val="0"/>
              <w:rPr>
                <w:rFonts w:ascii="Times New Roman" w:hAnsi="Times New Roman" w:cs="Times New Roman"/>
                <w:b/>
                <w:sz w:val="26"/>
                <w:szCs w:val="26"/>
              </w:rPr>
            </w:pPr>
            <w:r w:rsidRPr="00E00DA0">
              <w:rPr>
                <w:rFonts w:ascii="Times New Roman" w:hAnsi="Times New Roman" w:cs="Times New Roman"/>
                <w:b/>
                <w:sz w:val="26"/>
                <w:szCs w:val="26"/>
              </w:rPr>
              <w:t>Kết luận, nhận định:</w:t>
            </w:r>
          </w:p>
        </w:tc>
      </w:tr>
      <w:tr w:rsidR="00DF1AD8" w:rsidRPr="00E00DA0" w:rsidTr="008522E9">
        <w:tc>
          <w:tcPr>
            <w:tcW w:w="10340" w:type="dxa"/>
            <w:gridSpan w:val="2"/>
          </w:tcPr>
          <w:p w:rsidR="00DF1AD8" w:rsidRPr="00E00DA0" w:rsidRDefault="00EA0D5A" w:rsidP="00DF1AD8">
            <w:pPr>
              <w:autoSpaceDE w:val="0"/>
              <w:autoSpaceDN w:val="0"/>
              <w:rPr>
                <w:rFonts w:ascii="Times New Roman" w:hAnsi="Times New Roman" w:cs="Times New Roman"/>
                <w:sz w:val="26"/>
                <w:szCs w:val="26"/>
              </w:rPr>
            </w:pPr>
            <w:r w:rsidRPr="00E00DA0">
              <w:rPr>
                <w:rFonts w:ascii="Times New Roman" w:hAnsi="Times New Roman" w:cs="Times New Roman"/>
                <w:sz w:val="26"/>
                <w:szCs w:val="26"/>
              </w:rPr>
              <w:t>GV phân tích cụ thể về sản phẩm học tập mà học sinh phải hoàn thành theo yêu cầu và làm rõ các nội dung/vấn đề cần giải quyết/giải thích và nhiệm vụ học tập mà học sinh phải thực hiện tiếp</w:t>
            </w:r>
            <w:r w:rsidRPr="00E00DA0">
              <w:rPr>
                <w:rFonts w:ascii="Times New Roman" w:hAnsi="Times New Roman" w:cs="Times New Roman"/>
                <w:spacing w:val="-3"/>
                <w:sz w:val="26"/>
                <w:szCs w:val="26"/>
              </w:rPr>
              <w:t xml:space="preserve"> </w:t>
            </w:r>
            <w:r w:rsidRPr="00E00DA0">
              <w:rPr>
                <w:rFonts w:ascii="Times New Roman" w:hAnsi="Times New Roman" w:cs="Times New Roman"/>
                <w:sz w:val="26"/>
                <w:szCs w:val="26"/>
              </w:rPr>
              <w:t>theo</w:t>
            </w:r>
          </w:p>
        </w:tc>
      </w:tr>
    </w:tbl>
    <w:p w:rsidR="00450363" w:rsidRPr="00E00DA0" w:rsidRDefault="00593AC7" w:rsidP="005A124E">
      <w:pPr>
        <w:tabs>
          <w:tab w:val="left" w:pos="720"/>
        </w:tabs>
        <w:autoSpaceDE w:val="0"/>
        <w:autoSpaceDN w:val="0"/>
        <w:spacing w:before="128" w:after="0" w:line="282" w:lineRule="exact"/>
        <w:rPr>
          <w:rFonts w:ascii="Times New Roman" w:hAnsi="Times New Roman" w:cs="Times New Roman"/>
          <w:sz w:val="26"/>
          <w:szCs w:val="26"/>
        </w:rPr>
      </w:pPr>
      <w:r w:rsidRPr="00E00DA0">
        <w:rPr>
          <w:rFonts w:ascii="Times New Roman" w:hAnsi="Times New Roman" w:cs="Times New Roman"/>
          <w:sz w:val="26"/>
          <w:szCs w:val="26"/>
        </w:rPr>
        <w:tab/>
      </w:r>
    </w:p>
    <w:sectPr w:rsidR="00450363" w:rsidRPr="00E00DA0" w:rsidSect="00D56E11">
      <w:headerReference w:type="default" r:id="rId19"/>
      <w:footerReference w:type="default" r:id="rId20"/>
      <w:pgSz w:w="11902" w:h="16841"/>
      <w:pgMar w:top="196" w:right="766" w:bottom="851" w:left="993" w:header="426" w:footer="5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AF3" w:rsidRDefault="00D80AF3" w:rsidP="00F33835">
      <w:pPr>
        <w:spacing w:after="0" w:line="240" w:lineRule="auto"/>
      </w:pPr>
      <w:r>
        <w:separator/>
      </w:r>
    </w:p>
  </w:endnote>
  <w:endnote w:type="continuationSeparator" w:id="0">
    <w:p w:rsidR="00D80AF3" w:rsidRDefault="00D80AF3" w:rsidP="00F3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E11" w:rsidRPr="00D56E11" w:rsidRDefault="009573D0" w:rsidP="00D56E11">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-87630</wp:posOffset>
              </wp:positionH>
              <wp:positionV relativeFrom="paragraph">
                <wp:posOffset>-12065</wp:posOffset>
              </wp:positionV>
              <wp:extent cx="6391275" cy="9525"/>
              <wp:effectExtent l="38100" t="38100" r="66675" b="85725"/>
              <wp:wrapNone/>
              <wp:docPr id="10" name="Straight Connector 10"/>
              <wp:cNvGraphicFramePr/>
              <a:graphic xmlns:a="http://schemas.openxmlformats.org/drawingml/2006/main">
                <a:graphicData uri="http://schemas.microsoft.com/office/word/2010/wordprocessingShape">
                  <wps:wsp>
                    <wps:cNvCnPr/>
                    <wps:spPr>
                      <a:xfrm flipV="1">
                        <a:off x="0" y="0"/>
                        <a:ext cx="63912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9pt,-.95pt" to="496.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" strokecolor="#4f81bd [3204]" strokeweight="2pt">
              <v:shadow on="t" color="black" opacity="24903f" origin=",.5" offset="0,.55556mm"/>
            </v:line>
          </w:pict>
        </mc:Fallback>
      </mc:AlternateContent>
    </w:r>
    <w:r>
      <w:t xml:space="preserve">GV: </w:t>
    </w:r>
    <w:r w:rsidR="00AB1F50">
      <w:t>Võ Thị Ngọc Diễm</w:t>
    </w:r>
    <w:r w:rsidR="00AB1F50">
      <w:tab/>
    </w:r>
    <w:r w:rsidR="00AB1F50">
      <w:tab/>
      <w:t xml:space="preserve">         </w:t>
    </w:r>
    <w:r w:rsidR="00D56E11">
      <w:t>Kế hoạch bài dạy GD địa phương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AF3" w:rsidRDefault="00D80AF3" w:rsidP="00F33835">
      <w:pPr>
        <w:spacing w:after="0" w:line="240" w:lineRule="auto"/>
      </w:pPr>
      <w:r>
        <w:separator/>
      </w:r>
    </w:p>
  </w:footnote>
  <w:footnote w:type="continuationSeparator" w:id="0">
    <w:p w:rsidR="00D80AF3" w:rsidRDefault="00D80AF3" w:rsidP="00F33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E11" w:rsidRDefault="009573D0">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-240030</wp:posOffset>
              </wp:positionH>
              <wp:positionV relativeFrom="paragraph">
                <wp:posOffset>158115</wp:posOffset>
              </wp:positionV>
              <wp:extent cx="6600825" cy="19050"/>
              <wp:effectExtent l="38100" t="38100" r="66675" b="95250"/>
              <wp:wrapNone/>
              <wp:docPr id="9" name="Straight Connector 9"/>
              <wp:cNvGraphicFramePr/>
              <a:graphic xmlns:a="http://schemas.openxmlformats.org/drawingml/2006/main">
                <a:graphicData uri="http://schemas.microsoft.com/office/word/2010/wordprocessingShape">
                  <wps:wsp>
                    <wps:cNvCnPr/>
                    <wps:spPr>
                      <a:xfrm flipV="1">
                        <a:off x="0" y="0"/>
                        <a:ext cx="660082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9pt,12.45pt" to="500.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" strokecolor="#4f81bd [3204]" strokeweight="2pt">
              <v:shadow on="t" color="black" opacity="24903f" origin=",.5" offset="0,.55556mm"/>
            </v:line>
          </w:pict>
        </mc:Fallback>
      </mc:AlternateContent>
    </w:r>
    <w:r w:rsidR="00D56E11">
      <w:t>Trường THCS Tam Quan Bắc                                                                                               Năm học: 202</w:t>
    </w:r>
    <w:r w:rsidR="007A3457">
      <w:t>4</w:t>
    </w:r>
    <w:r w:rsidR="00D56E11">
      <w:t>-202</w:t>
    </w:r>
    <w:r w:rsidR="007A3457">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B06E20"/>
    <w:multiLevelType w:val="hybridMultilevel"/>
    <w:tmpl w:val="50F2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441490"/>
    <w:multiLevelType w:val="hybridMultilevel"/>
    <w:tmpl w:val="D9D44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094362"/>
    <w:multiLevelType w:val="hybridMultilevel"/>
    <w:tmpl w:val="CC2069D8"/>
    <w:lvl w:ilvl="0" w:tplc="BC6E61B4">
      <w:start w:val="1"/>
      <w:numFmt w:val="decimal"/>
      <w:lvlText w:val="%1."/>
      <w:lvlJc w:val="left"/>
      <w:pPr>
        <w:ind w:left="364" w:hanging="360"/>
      </w:pPr>
      <w:rPr>
        <w:rFonts w:hint="default"/>
      </w:rPr>
    </w:lvl>
    <w:lvl w:ilvl="1" w:tplc="042A0019" w:tentative="1">
      <w:start w:val="1"/>
      <w:numFmt w:val="lowerLetter"/>
      <w:lvlText w:val="%2."/>
      <w:lvlJc w:val="left"/>
      <w:pPr>
        <w:ind w:left="1084" w:hanging="360"/>
      </w:pPr>
    </w:lvl>
    <w:lvl w:ilvl="2" w:tplc="042A001B" w:tentative="1">
      <w:start w:val="1"/>
      <w:numFmt w:val="lowerRoman"/>
      <w:lvlText w:val="%3."/>
      <w:lvlJc w:val="right"/>
      <w:pPr>
        <w:ind w:left="1804" w:hanging="180"/>
      </w:pPr>
    </w:lvl>
    <w:lvl w:ilvl="3" w:tplc="042A000F" w:tentative="1">
      <w:start w:val="1"/>
      <w:numFmt w:val="decimal"/>
      <w:lvlText w:val="%4."/>
      <w:lvlJc w:val="left"/>
      <w:pPr>
        <w:ind w:left="2524" w:hanging="360"/>
      </w:pPr>
    </w:lvl>
    <w:lvl w:ilvl="4" w:tplc="042A0019" w:tentative="1">
      <w:start w:val="1"/>
      <w:numFmt w:val="lowerLetter"/>
      <w:lvlText w:val="%5."/>
      <w:lvlJc w:val="left"/>
      <w:pPr>
        <w:ind w:left="3244" w:hanging="360"/>
      </w:pPr>
    </w:lvl>
    <w:lvl w:ilvl="5" w:tplc="042A001B" w:tentative="1">
      <w:start w:val="1"/>
      <w:numFmt w:val="lowerRoman"/>
      <w:lvlText w:val="%6."/>
      <w:lvlJc w:val="right"/>
      <w:pPr>
        <w:ind w:left="3964" w:hanging="180"/>
      </w:pPr>
    </w:lvl>
    <w:lvl w:ilvl="6" w:tplc="042A000F" w:tentative="1">
      <w:start w:val="1"/>
      <w:numFmt w:val="decimal"/>
      <w:lvlText w:val="%7."/>
      <w:lvlJc w:val="left"/>
      <w:pPr>
        <w:ind w:left="4684" w:hanging="360"/>
      </w:pPr>
    </w:lvl>
    <w:lvl w:ilvl="7" w:tplc="042A0019" w:tentative="1">
      <w:start w:val="1"/>
      <w:numFmt w:val="lowerLetter"/>
      <w:lvlText w:val="%8."/>
      <w:lvlJc w:val="left"/>
      <w:pPr>
        <w:ind w:left="5404" w:hanging="360"/>
      </w:pPr>
    </w:lvl>
    <w:lvl w:ilvl="8" w:tplc="042A001B" w:tentative="1">
      <w:start w:val="1"/>
      <w:numFmt w:val="lowerRoman"/>
      <w:lvlText w:val="%9."/>
      <w:lvlJc w:val="right"/>
      <w:pPr>
        <w:ind w:left="6124" w:hanging="180"/>
      </w:pPr>
    </w:lvl>
  </w:abstractNum>
  <w:abstractNum w:abstractNumId="12">
    <w:nsid w:val="1384562A"/>
    <w:multiLevelType w:val="hybridMultilevel"/>
    <w:tmpl w:val="13E495C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69C3122"/>
    <w:multiLevelType w:val="hybridMultilevel"/>
    <w:tmpl w:val="DAFE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942409"/>
    <w:multiLevelType w:val="hybridMultilevel"/>
    <w:tmpl w:val="77FEEA7A"/>
    <w:lvl w:ilvl="0" w:tplc="724C45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6117C7"/>
    <w:multiLevelType w:val="hybridMultilevel"/>
    <w:tmpl w:val="EFE6C898"/>
    <w:lvl w:ilvl="0" w:tplc="98D6BAA6">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D773951"/>
    <w:multiLevelType w:val="hybridMultilevel"/>
    <w:tmpl w:val="53BEF5B4"/>
    <w:lvl w:ilvl="0" w:tplc="A54E3AD4">
      <w:start w:val="5"/>
      <w:numFmt w:val="bullet"/>
      <w:lvlText w:val="-"/>
      <w:lvlJc w:val="left"/>
      <w:pPr>
        <w:ind w:left="720" w:hanging="360"/>
      </w:pPr>
      <w:rPr>
        <w:rFonts w:ascii="Times New Roman" w:eastAsia="Times New Roman Bold"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43C9389E"/>
    <w:multiLevelType w:val="hybridMultilevel"/>
    <w:tmpl w:val="DD267E64"/>
    <w:lvl w:ilvl="0" w:tplc="B1C0A97E">
      <w:start w:val="5"/>
      <w:numFmt w:val="bullet"/>
      <w:lvlText w:val="-"/>
      <w:lvlJc w:val="left"/>
      <w:pPr>
        <w:ind w:left="720" w:hanging="360"/>
      </w:pPr>
      <w:rPr>
        <w:rFonts w:ascii="Times New Roman" w:eastAsia="Times New Roman Bold"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6820E78"/>
    <w:multiLevelType w:val="hybridMultilevel"/>
    <w:tmpl w:val="8C60D992"/>
    <w:lvl w:ilvl="0" w:tplc="6DE8BBE2">
      <w:start w:val="1"/>
      <w:numFmt w:val="lowerLetter"/>
      <w:lvlText w:val="%1)"/>
      <w:lvlJc w:val="left"/>
      <w:pPr>
        <w:ind w:left="173" w:hanging="279"/>
      </w:pPr>
      <w:rPr>
        <w:rFonts w:ascii="Times New Roman" w:eastAsia="Times New Roman" w:hAnsi="Times New Roman" w:cs="Times New Roman" w:hint="default"/>
        <w:w w:val="99"/>
        <w:sz w:val="26"/>
        <w:szCs w:val="26"/>
        <w:lang w:val="vi" w:eastAsia="en-US" w:bidi="ar-SA"/>
      </w:rPr>
    </w:lvl>
    <w:lvl w:ilvl="1" w:tplc="66822488">
      <w:numFmt w:val="bullet"/>
      <w:lvlText w:val="•"/>
      <w:lvlJc w:val="left"/>
      <w:pPr>
        <w:ind w:left="1182" w:hanging="279"/>
      </w:pPr>
      <w:rPr>
        <w:rFonts w:hint="default"/>
        <w:lang w:val="vi" w:eastAsia="en-US" w:bidi="ar-SA"/>
      </w:rPr>
    </w:lvl>
    <w:lvl w:ilvl="2" w:tplc="C52E3172">
      <w:numFmt w:val="bullet"/>
      <w:lvlText w:val="•"/>
      <w:lvlJc w:val="left"/>
      <w:pPr>
        <w:ind w:left="2184" w:hanging="279"/>
      </w:pPr>
      <w:rPr>
        <w:rFonts w:hint="default"/>
        <w:lang w:val="vi" w:eastAsia="en-US" w:bidi="ar-SA"/>
      </w:rPr>
    </w:lvl>
    <w:lvl w:ilvl="3" w:tplc="5A921418">
      <w:numFmt w:val="bullet"/>
      <w:lvlText w:val="•"/>
      <w:lvlJc w:val="left"/>
      <w:pPr>
        <w:ind w:left="3186" w:hanging="279"/>
      </w:pPr>
      <w:rPr>
        <w:rFonts w:hint="default"/>
        <w:lang w:val="vi" w:eastAsia="en-US" w:bidi="ar-SA"/>
      </w:rPr>
    </w:lvl>
    <w:lvl w:ilvl="4" w:tplc="26DE7F6E">
      <w:numFmt w:val="bullet"/>
      <w:lvlText w:val="•"/>
      <w:lvlJc w:val="left"/>
      <w:pPr>
        <w:ind w:left="4188" w:hanging="279"/>
      </w:pPr>
      <w:rPr>
        <w:rFonts w:hint="default"/>
        <w:lang w:val="vi" w:eastAsia="en-US" w:bidi="ar-SA"/>
      </w:rPr>
    </w:lvl>
    <w:lvl w:ilvl="5" w:tplc="1690E6F4">
      <w:numFmt w:val="bullet"/>
      <w:lvlText w:val="•"/>
      <w:lvlJc w:val="left"/>
      <w:pPr>
        <w:ind w:left="5190" w:hanging="279"/>
      </w:pPr>
      <w:rPr>
        <w:rFonts w:hint="default"/>
        <w:lang w:val="vi" w:eastAsia="en-US" w:bidi="ar-SA"/>
      </w:rPr>
    </w:lvl>
    <w:lvl w:ilvl="6" w:tplc="B8EE3A78">
      <w:numFmt w:val="bullet"/>
      <w:lvlText w:val="•"/>
      <w:lvlJc w:val="left"/>
      <w:pPr>
        <w:ind w:left="6192" w:hanging="279"/>
      </w:pPr>
      <w:rPr>
        <w:rFonts w:hint="default"/>
        <w:lang w:val="vi" w:eastAsia="en-US" w:bidi="ar-SA"/>
      </w:rPr>
    </w:lvl>
    <w:lvl w:ilvl="7" w:tplc="628050AA">
      <w:numFmt w:val="bullet"/>
      <w:lvlText w:val="•"/>
      <w:lvlJc w:val="left"/>
      <w:pPr>
        <w:ind w:left="7195" w:hanging="279"/>
      </w:pPr>
      <w:rPr>
        <w:rFonts w:hint="default"/>
        <w:lang w:val="vi" w:eastAsia="en-US" w:bidi="ar-SA"/>
      </w:rPr>
    </w:lvl>
    <w:lvl w:ilvl="8" w:tplc="FCA2607A">
      <w:numFmt w:val="bullet"/>
      <w:lvlText w:val="•"/>
      <w:lvlJc w:val="left"/>
      <w:pPr>
        <w:ind w:left="8197" w:hanging="279"/>
      </w:pPr>
      <w:rPr>
        <w:rFonts w:hint="default"/>
        <w:lang w:val="vi" w:eastAsia="en-US" w:bidi="ar-SA"/>
      </w:rPr>
    </w:lvl>
  </w:abstractNum>
  <w:abstractNum w:abstractNumId="19">
    <w:nsid w:val="68FD0272"/>
    <w:multiLevelType w:val="hybridMultilevel"/>
    <w:tmpl w:val="595A6248"/>
    <w:lvl w:ilvl="0" w:tplc="8AB6113A">
      <w:start w:val="2"/>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69D7382F"/>
    <w:multiLevelType w:val="hybridMultilevel"/>
    <w:tmpl w:val="4F2CAED8"/>
    <w:lvl w:ilvl="0" w:tplc="8B12B7E4">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7B7D40E4"/>
    <w:multiLevelType w:val="hybridMultilevel"/>
    <w:tmpl w:val="0AC208D2"/>
    <w:lvl w:ilvl="0" w:tplc="0FB2787E">
      <w:start w:val="5"/>
      <w:numFmt w:val="bullet"/>
      <w:lvlText w:val="-"/>
      <w:lvlJc w:val="left"/>
      <w:pPr>
        <w:ind w:left="720" w:hanging="360"/>
      </w:pPr>
      <w:rPr>
        <w:rFonts w:ascii="Times New Roman" w:eastAsia="Times New Roman Bold"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7BE96CA0"/>
    <w:multiLevelType w:val="hybridMultilevel"/>
    <w:tmpl w:val="7A3484E0"/>
    <w:lvl w:ilvl="0" w:tplc="3F40C67E">
      <w:start w:val="5"/>
      <w:numFmt w:val="bullet"/>
      <w:lvlText w:val="-"/>
      <w:lvlJc w:val="left"/>
      <w:pPr>
        <w:ind w:left="720" w:hanging="360"/>
      </w:pPr>
      <w:rPr>
        <w:rFonts w:ascii="Times New Roman" w:eastAsia="Times New Roman Bold"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7"/>
  </w:num>
  <w:num w:numId="12">
    <w:abstractNumId w:val="16"/>
  </w:num>
  <w:num w:numId="13">
    <w:abstractNumId w:val="22"/>
  </w:num>
  <w:num w:numId="14">
    <w:abstractNumId w:val="21"/>
  </w:num>
  <w:num w:numId="15">
    <w:abstractNumId w:val="12"/>
  </w:num>
  <w:num w:numId="16">
    <w:abstractNumId w:val="18"/>
  </w:num>
  <w:num w:numId="17">
    <w:abstractNumId w:val="20"/>
  </w:num>
  <w:num w:numId="18">
    <w:abstractNumId w:val="15"/>
  </w:num>
  <w:num w:numId="19">
    <w:abstractNumId w:val="19"/>
  </w:num>
  <w:num w:numId="20">
    <w:abstractNumId w:val="14"/>
  </w:num>
  <w:num w:numId="21">
    <w:abstractNumId w:val="10"/>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17C8B"/>
    <w:rsid w:val="00030371"/>
    <w:rsid w:val="000336B3"/>
    <w:rsid w:val="00033E25"/>
    <w:rsid w:val="00034616"/>
    <w:rsid w:val="0006063C"/>
    <w:rsid w:val="000649A3"/>
    <w:rsid w:val="00067860"/>
    <w:rsid w:val="00070986"/>
    <w:rsid w:val="00073829"/>
    <w:rsid w:val="000824EE"/>
    <w:rsid w:val="00082FB7"/>
    <w:rsid w:val="000B1A0C"/>
    <w:rsid w:val="000B4B44"/>
    <w:rsid w:val="000C78A3"/>
    <w:rsid w:val="000D3C8E"/>
    <w:rsid w:val="000D3D3E"/>
    <w:rsid w:val="000D6BC0"/>
    <w:rsid w:val="000D75AD"/>
    <w:rsid w:val="000E142E"/>
    <w:rsid w:val="000E79D8"/>
    <w:rsid w:val="000F4E1A"/>
    <w:rsid w:val="00100C55"/>
    <w:rsid w:val="001019B5"/>
    <w:rsid w:val="0010316A"/>
    <w:rsid w:val="0011254A"/>
    <w:rsid w:val="00122F15"/>
    <w:rsid w:val="001231F3"/>
    <w:rsid w:val="001314F5"/>
    <w:rsid w:val="00131C78"/>
    <w:rsid w:val="0013273C"/>
    <w:rsid w:val="00146EE4"/>
    <w:rsid w:val="00150327"/>
    <w:rsid w:val="0015074B"/>
    <w:rsid w:val="00150C0D"/>
    <w:rsid w:val="00151562"/>
    <w:rsid w:val="001713F0"/>
    <w:rsid w:val="001719B7"/>
    <w:rsid w:val="00175FB5"/>
    <w:rsid w:val="0018512C"/>
    <w:rsid w:val="0018559A"/>
    <w:rsid w:val="001A5026"/>
    <w:rsid w:val="001A5C0A"/>
    <w:rsid w:val="001A7B67"/>
    <w:rsid w:val="001B52AF"/>
    <w:rsid w:val="001C3592"/>
    <w:rsid w:val="001E1692"/>
    <w:rsid w:val="001E367A"/>
    <w:rsid w:val="001E3BFD"/>
    <w:rsid w:val="001E751B"/>
    <w:rsid w:val="001F03C5"/>
    <w:rsid w:val="001F4077"/>
    <w:rsid w:val="00211E6E"/>
    <w:rsid w:val="00220649"/>
    <w:rsid w:val="002377F6"/>
    <w:rsid w:val="002427EB"/>
    <w:rsid w:val="002562F3"/>
    <w:rsid w:val="0025762A"/>
    <w:rsid w:val="00275463"/>
    <w:rsid w:val="00280517"/>
    <w:rsid w:val="00291165"/>
    <w:rsid w:val="0029410A"/>
    <w:rsid w:val="0029639D"/>
    <w:rsid w:val="002B6AB3"/>
    <w:rsid w:val="002D4783"/>
    <w:rsid w:val="002D68D9"/>
    <w:rsid w:val="002E3E60"/>
    <w:rsid w:val="002E7A14"/>
    <w:rsid w:val="002F01F1"/>
    <w:rsid w:val="002F1046"/>
    <w:rsid w:val="002F13DC"/>
    <w:rsid w:val="002F6174"/>
    <w:rsid w:val="0030082E"/>
    <w:rsid w:val="00301524"/>
    <w:rsid w:val="00314056"/>
    <w:rsid w:val="00317FE7"/>
    <w:rsid w:val="003240AA"/>
    <w:rsid w:val="00324E14"/>
    <w:rsid w:val="00326F90"/>
    <w:rsid w:val="00331198"/>
    <w:rsid w:val="00337142"/>
    <w:rsid w:val="00337BA1"/>
    <w:rsid w:val="00343849"/>
    <w:rsid w:val="003540D4"/>
    <w:rsid w:val="00370293"/>
    <w:rsid w:val="00391671"/>
    <w:rsid w:val="00395524"/>
    <w:rsid w:val="003A6669"/>
    <w:rsid w:val="003B0070"/>
    <w:rsid w:val="003D3FB7"/>
    <w:rsid w:val="003E59E7"/>
    <w:rsid w:val="003F36C3"/>
    <w:rsid w:val="003F77EB"/>
    <w:rsid w:val="00403013"/>
    <w:rsid w:val="0040710C"/>
    <w:rsid w:val="00413933"/>
    <w:rsid w:val="00437DCB"/>
    <w:rsid w:val="00447D06"/>
    <w:rsid w:val="00450363"/>
    <w:rsid w:val="004510E7"/>
    <w:rsid w:val="00452923"/>
    <w:rsid w:val="00453D4E"/>
    <w:rsid w:val="00460E91"/>
    <w:rsid w:val="00464688"/>
    <w:rsid w:val="00464F3C"/>
    <w:rsid w:val="004736B1"/>
    <w:rsid w:val="00477A6B"/>
    <w:rsid w:val="00491B4D"/>
    <w:rsid w:val="004935A2"/>
    <w:rsid w:val="00493845"/>
    <w:rsid w:val="00493ACF"/>
    <w:rsid w:val="004A0E59"/>
    <w:rsid w:val="004A2703"/>
    <w:rsid w:val="004A6FB6"/>
    <w:rsid w:val="004B1F5C"/>
    <w:rsid w:val="004B3503"/>
    <w:rsid w:val="004B69C1"/>
    <w:rsid w:val="005050A3"/>
    <w:rsid w:val="0051143C"/>
    <w:rsid w:val="005119E4"/>
    <w:rsid w:val="00514A71"/>
    <w:rsid w:val="005328C1"/>
    <w:rsid w:val="005536E8"/>
    <w:rsid w:val="005866F8"/>
    <w:rsid w:val="005873E7"/>
    <w:rsid w:val="00587F18"/>
    <w:rsid w:val="00593AC7"/>
    <w:rsid w:val="005A01A6"/>
    <w:rsid w:val="005A124E"/>
    <w:rsid w:val="005B5C70"/>
    <w:rsid w:val="005C05B7"/>
    <w:rsid w:val="005E0741"/>
    <w:rsid w:val="005F426C"/>
    <w:rsid w:val="00602B8A"/>
    <w:rsid w:val="00613AFE"/>
    <w:rsid w:val="00632777"/>
    <w:rsid w:val="00644E1A"/>
    <w:rsid w:val="00656EDE"/>
    <w:rsid w:val="00661EEE"/>
    <w:rsid w:val="00662471"/>
    <w:rsid w:val="00684149"/>
    <w:rsid w:val="00687E8E"/>
    <w:rsid w:val="006B5D1D"/>
    <w:rsid w:val="006D23D9"/>
    <w:rsid w:val="006F4C7B"/>
    <w:rsid w:val="006F571F"/>
    <w:rsid w:val="00725271"/>
    <w:rsid w:val="00743A62"/>
    <w:rsid w:val="00765ED1"/>
    <w:rsid w:val="00771F31"/>
    <w:rsid w:val="00773755"/>
    <w:rsid w:val="00775606"/>
    <w:rsid w:val="007866C6"/>
    <w:rsid w:val="00796C25"/>
    <w:rsid w:val="00797B51"/>
    <w:rsid w:val="007A29F3"/>
    <w:rsid w:val="007A3457"/>
    <w:rsid w:val="007A56F7"/>
    <w:rsid w:val="007A64A3"/>
    <w:rsid w:val="007A6949"/>
    <w:rsid w:val="007B2E19"/>
    <w:rsid w:val="007E1F41"/>
    <w:rsid w:val="007E2B68"/>
    <w:rsid w:val="007F2A4E"/>
    <w:rsid w:val="00805B5C"/>
    <w:rsid w:val="008118DC"/>
    <w:rsid w:val="008249A1"/>
    <w:rsid w:val="00834B45"/>
    <w:rsid w:val="00841417"/>
    <w:rsid w:val="00850711"/>
    <w:rsid w:val="008522E9"/>
    <w:rsid w:val="00853D99"/>
    <w:rsid w:val="0086092A"/>
    <w:rsid w:val="00864610"/>
    <w:rsid w:val="008702A6"/>
    <w:rsid w:val="00871337"/>
    <w:rsid w:val="00871F34"/>
    <w:rsid w:val="0088596B"/>
    <w:rsid w:val="008901BA"/>
    <w:rsid w:val="00892061"/>
    <w:rsid w:val="00893FBA"/>
    <w:rsid w:val="00895725"/>
    <w:rsid w:val="008C1E72"/>
    <w:rsid w:val="008D6A5E"/>
    <w:rsid w:val="008F1970"/>
    <w:rsid w:val="008F3CF1"/>
    <w:rsid w:val="009056D9"/>
    <w:rsid w:val="00911208"/>
    <w:rsid w:val="00911392"/>
    <w:rsid w:val="00914E7F"/>
    <w:rsid w:val="00914ED8"/>
    <w:rsid w:val="00927E81"/>
    <w:rsid w:val="0093057E"/>
    <w:rsid w:val="00932949"/>
    <w:rsid w:val="009335A0"/>
    <w:rsid w:val="00934291"/>
    <w:rsid w:val="00943E77"/>
    <w:rsid w:val="0094443D"/>
    <w:rsid w:val="009573D0"/>
    <w:rsid w:val="009826D8"/>
    <w:rsid w:val="0099361E"/>
    <w:rsid w:val="009A7ED4"/>
    <w:rsid w:val="009B2FCB"/>
    <w:rsid w:val="009C0FED"/>
    <w:rsid w:val="009D129D"/>
    <w:rsid w:val="009D16A2"/>
    <w:rsid w:val="009E1A08"/>
    <w:rsid w:val="009F2C67"/>
    <w:rsid w:val="00A02A7C"/>
    <w:rsid w:val="00A27037"/>
    <w:rsid w:val="00A31E52"/>
    <w:rsid w:val="00A33AB9"/>
    <w:rsid w:val="00A356AA"/>
    <w:rsid w:val="00A35FF2"/>
    <w:rsid w:val="00A408FF"/>
    <w:rsid w:val="00A426EC"/>
    <w:rsid w:val="00A44182"/>
    <w:rsid w:val="00A521E3"/>
    <w:rsid w:val="00A54442"/>
    <w:rsid w:val="00A82F4B"/>
    <w:rsid w:val="00A92C0B"/>
    <w:rsid w:val="00AA0AE1"/>
    <w:rsid w:val="00AA1D8D"/>
    <w:rsid w:val="00AA7CA5"/>
    <w:rsid w:val="00AB1F50"/>
    <w:rsid w:val="00AB3F29"/>
    <w:rsid w:val="00AB409E"/>
    <w:rsid w:val="00AB53AF"/>
    <w:rsid w:val="00AC1BC1"/>
    <w:rsid w:val="00AD5805"/>
    <w:rsid w:val="00AE38DB"/>
    <w:rsid w:val="00AE39EA"/>
    <w:rsid w:val="00AE7613"/>
    <w:rsid w:val="00AF1CDC"/>
    <w:rsid w:val="00AF62A7"/>
    <w:rsid w:val="00AF6B14"/>
    <w:rsid w:val="00B018D3"/>
    <w:rsid w:val="00B0296C"/>
    <w:rsid w:val="00B03C16"/>
    <w:rsid w:val="00B07174"/>
    <w:rsid w:val="00B07347"/>
    <w:rsid w:val="00B124B3"/>
    <w:rsid w:val="00B12C43"/>
    <w:rsid w:val="00B14B71"/>
    <w:rsid w:val="00B16225"/>
    <w:rsid w:val="00B22C86"/>
    <w:rsid w:val="00B371D0"/>
    <w:rsid w:val="00B435D8"/>
    <w:rsid w:val="00B4733B"/>
    <w:rsid w:val="00B47730"/>
    <w:rsid w:val="00B6325E"/>
    <w:rsid w:val="00B665DB"/>
    <w:rsid w:val="00B72D87"/>
    <w:rsid w:val="00B7510D"/>
    <w:rsid w:val="00B77576"/>
    <w:rsid w:val="00B84777"/>
    <w:rsid w:val="00B92FBE"/>
    <w:rsid w:val="00B974DF"/>
    <w:rsid w:val="00BA3141"/>
    <w:rsid w:val="00BA5BA3"/>
    <w:rsid w:val="00BB4F76"/>
    <w:rsid w:val="00BC6E1F"/>
    <w:rsid w:val="00BE3AD2"/>
    <w:rsid w:val="00BE5662"/>
    <w:rsid w:val="00BF7B57"/>
    <w:rsid w:val="00C00413"/>
    <w:rsid w:val="00C13995"/>
    <w:rsid w:val="00C20882"/>
    <w:rsid w:val="00C227F7"/>
    <w:rsid w:val="00C25571"/>
    <w:rsid w:val="00C269A0"/>
    <w:rsid w:val="00C274AE"/>
    <w:rsid w:val="00C32423"/>
    <w:rsid w:val="00C332D7"/>
    <w:rsid w:val="00C50BDF"/>
    <w:rsid w:val="00C53CD1"/>
    <w:rsid w:val="00C54C99"/>
    <w:rsid w:val="00C56DEB"/>
    <w:rsid w:val="00C66675"/>
    <w:rsid w:val="00C7132A"/>
    <w:rsid w:val="00C72F88"/>
    <w:rsid w:val="00C74A9A"/>
    <w:rsid w:val="00C84EF5"/>
    <w:rsid w:val="00C931BD"/>
    <w:rsid w:val="00C93D77"/>
    <w:rsid w:val="00CB0664"/>
    <w:rsid w:val="00CC4ED1"/>
    <w:rsid w:val="00CE1277"/>
    <w:rsid w:val="00CE2F03"/>
    <w:rsid w:val="00CE4164"/>
    <w:rsid w:val="00CF3362"/>
    <w:rsid w:val="00D1683A"/>
    <w:rsid w:val="00D17219"/>
    <w:rsid w:val="00D27C85"/>
    <w:rsid w:val="00D32532"/>
    <w:rsid w:val="00D33987"/>
    <w:rsid w:val="00D4320E"/>
    <w:rsid w:val="00D50A0B"/>
    <w:rsid w:val="00D56E11"/>
    <w:rsid w:val="00D6091E"/>
    <w:rsid w:val="00D713CE"/>
    <w:rsid w:val="00D71DA5"/>
    <w:rsid w:val="00D80AF3"/>
    <w:rsid w:val="00D84F86"/>
    <w:rsid w:val="00D85B07"/>
    <w:rsid w:val="00D85E3D"/>
    <w:rsid w:val="00DA434E"/>
    <w:rsid w:val="00DB669D"/>
    <w:rsid w:val="00DC3EA0"/>
    <w:rsid w:val="00DC5E80"/>
    <w:rsid w:val="00DD2E01"/>
    <w:rsid w:val="00DF1AD8"/>
    <w:rsid w:val="00E00DA0"/>
    <w:rsid w:val="00E07235"/>
    <w:rsid w:val="00E13BA6"/>
    <w:rsid w:val="00E150E9"/>
    <w:rsid w:val="00E23D4E"/>
    <w:rsid w:val="00E25454"/>
    <w:rsid w:val="00E30D9D"/>
    <w:rsid w:val="00E33911"/>
    <w:rsid w:val="00E33AFA"/>
    <w:rsid w:val="00E34491"/>
    <w:rsid w:val="00E5211E"/>
    <w:rsid w:val="00E82FC5"/>
    <w:rsid w:val="00E86628"/>
    <w:rsid w:val="00E8795D"/>
    <w:rsid w:val="00E92D0D"/>
    <w:rsid w:val="00EA0D5A"/>
    <w:rsid w:val="00EA7FAD"/>
    <w:rsid w:val="00EB1077"/>
    <w:rsid w:val="00EB1E1B"/>
    <w:rsid w:val="00EB3A15"/>
    <w:rsid w:val="00ED5B6A"/>
    <w:rsid w:val="00EE4210"/>
    <w:rsid w:val="00EF1C06"/>
    <w:rsid w:val="00EF26F0"/>
    <w:rsid w:val="00EF4938"/>
    <w:rsid w:val="00EF6032"/>
    <w:rsid w:val="00EF74B9"/>
    <w:rsid w:val="00F013B4"/>
    <w:rsid w:val="00F06DF8"/>
    <w:rsid w:val="00F14C6B"/>
    <w:rsid w:val="00F33835"/>
    <w:rsid w:val="00F41A82"/>
    <w:rsid w:val="00F50667"/>
    <w:rsid w:val="00F54D28"/>
    <w:rsid w:val="00F5746C"/>
    <w:rsid w:val="00F63C6C"/>
    <w:rsid w:val="00F66763"/>
    <w:rsid w:val="00F66957"/>
    <w:rsid w:val="00F73925"/>
    <w:rsid w:val="00F7489F"/>
    <w:rsid w:val="00F74B13"/>
    <w:rsid w:val="00F8363A"/>
    <w:rsid w:val="00FA25A7"/>
    <w:rsid w:val="00FA4B26"/>
    <w:rsid w:val="00FB3181"/>
    <w:rsid w:val="00FC337C"/>
    <w:rsid w:val="00FC693F"/>
    <w:rsid w:val="00FD1736"/>
    <w:rsid w:val="00FD1CB8"/>
    <w:rsid w:val="00FD31F7"/>
    <w:rsid w:val="00FE45AC"/>
    <w:rsid w:val="00FE7DCB"/>
    <w:rsid w:val="00FF2DD6"/>
    <w:rsid w:val="00FF7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A15"/>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odytext20">
    <w:name w:val="Body text (20)_"/>
    <w:basedOn w:val="DefaultParagraphFont"/>
    <w:link w:val="Bodytext200"/>
    <w:rsid w:val="001F03C5"/>
    <w:rPr>
      <w:rFonts w:ascii="Arial" w:eastAsia="Arial" w:hAnsi="Arial" w:cs="Arial"/>
      <w:i/>
      <w:iCs/>
      <w:shd w:val="clear" w:color="auto" w:fill="FFFFFF"/>
    </w:rPr>
  </w:style>
  <w:style w:type="paragraph" w:customStyle="1" w:styleId="Bodytext200">
    <w:name w:val="Body text (20)"/>
    <w:basedOn w:val="Normal"/>
    <w:link w:val="Bodytext20"/>
    <w:rsid w:val="001F03C5"/>
    <w:pPr>
      <w:widowControl w:val="0"/>
      <w:shd w:val="clear" w:color="auto" w:fill="FFFFFF"/>
      <w:spacing w:after="600" w:line="0" w:lineRule="atLeast"/>
      <w:ind w:hanging="320"/>
    </w:pPr>
    <w:rPr>
      <w:rFonts w:ascii="Arial" w:eastAsia="Arial" w:hAnsi="Arial" w:cs="Arial"/>
      <w:i/>
      <w:iCs/>
    </w:rPr>
  </w:style>
  <w:style w:type="character" w:customStyle="1" w:styleId="Bodytext20Exact">
    <w:name w:val="Body text (20) Exact"/>
    <w:basedOn w:val="DefaultParagraphFont"/>
    <w:rsid w:val="001F03C5"/>
    <w:rPr>
      <w:rFonts w:ascii="Arial" w:eastAsia="Arial" w:hAnsi="Arial" w:cs="Arial"/>
      <w:b w:val="0"/>
      <w:bCs w:val="0"/>
      <w:i/>
      <w:iCs/>
      <w:smallCaps w:val="0"/>
      <w:strike w:val="0"/>
      <w:spacing w:val="3"/>
      <w:sz w:val="19"/>
      <w:szCs w:val="19"/>
      <w:u w:val="none"/>
    </w:rPr>
  </w:style>
  <w:style w:type="character" w:customStyle="1" w:styleId="Bodytext20Spacing3pt">
    <w:name w:val="Body text (20) + Spacing 3 pt"/>
    <w:basedOn w:val="Bodytext20"/>
    <w:rsid w:val="00C32423"/>
    <w:rPr>
      <w:rFonts w:ascii="Arial" w:eastAsia="Arial" w:hAnsi="Arial" w:cs="Arial"/>
      <w:b w:val="0"/>
      <w:bCs w:val="0"/>
      <w:i/>
      <w:iCs/>
      <w:smallCaps w:val="0"/>
      <w:color w:val="000000"/>
      <w:spacing w:val="60"/>
      <w:w w:val="100"/>
      <w:position w:val="0"/>
      <w:sz w:val="22"/>
      <w:szCs w:val="22"/>
      <w:u w:val="none"/>
      <w:shd w:val="clear" w:color="auto" w:fill="FFFFFF"/>
      <w:lang w:val="vi-VN" w:eastAsia="vi-VN" w:bidi="vi-VN"/>
    </w:rPr>
  </w:style>
  <w:style w:type="character" w:customStyle="1" w:styleId="Bodytext0">
    <w:name w:val="Body text_"/>
    <w:link w:val="BodyText16"/>
    <w:rsid w:val="00514A71"/>
    <w:rPr>
      <w:rFonts w:ascii="Arial" w:eastAsia="Arial" w:hAnsi="Arial" w:cs="Arial"/>
      <w:shd w:val="clear" w:color="auto" w:fill="FFFFFF"/>
    </w:rPr>
  </w:style>
  <w:style w:type="paragraph" w:customStyle="1" w:styleId="BodyText16">
    <w:name w:val="Body Text16"/>
    <w:basedOn w:val="Normal"/>
    <w:link w:val="Bodytext0"/>
    <w:rsid w:val="00514A71"/>
    <w:pPr>
      <w:widowControl w:val="0"/>
      <w:shd w:val="clear" w:color="auto" w:fill="FFFFFF"/>
      <w:spacing w:after="0" w:line="322" w:lineRule="exact"/>
      <w:ind w:hanging="360"/>
    </w:pPr>
    <w:rPr>
      <w:rFonts w:ascii="Arial" w:eastAsia="Arial" w:hAnsi="Arial" w:cs="Arial"/>
    </w:rPr>
  </w:style>
  <w:style w:type="character" w:customStyle="1" w:styleId="Heading70">
    <w:name w:val="Heading #7"/>
    <w:rsid w:val="00853D99"/>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31">
    <w:name w:val="Body text (31)"/>
    <w:rsid w:val="00853D99"/>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paragraph" w:styleId="BalloonText">
    <w:name w:val="Balloon Text"/>
    <w:basedOn w:val="Normal"/>
    <w:link w:val="BalloonTextChar"/>
    <w:uiPriority w:val="99"/>
    <w:semiHidden/>
    <w:unhideWhenUsed/>
    <w:rsid w:val="00E150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0E9"/>
    <w:rPr>
      <w:rFonts w:ascii="Segoe UI" w:hAnsi="Segoe UI" w:cs="Segoe UI"/>
      <w:sz w:val="18"/>
      <w:szCs w:val="18"/>
    </w:rPr>
  </w:style>
  <w:style w:type="paragraph" w:styleId="NormalWeb">
    <w:name w:val="Normal (Web)"/>
    <w:basedOn w:val="Normal"/>
    <w:uiPriority w:val="99"/>
    <w:unhideWhenUsed/>
    <w:rsid w:val="00E00DA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A15"/>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odytext20">
    <w:name w:val="Body text (20)_"/>
    <w:basedOn w:val="DefaultParagraphFont"/>
    <w:link w:val="Bodytext200"/>
    <w:rsid w:val="001F03C5"/>
    <w:rPr>
      <w:rFonts w:ascii="Arial" w:eastAsia="Arial" w:hAnsi="Arial" w:cs="Arial"/>
      <w:i/>
      <w:iCs/>
      <w:shd w:val="clear" w:color="auto" w:fill="FFFFFF"/>
    </w:rPr>
  </w:style>
  <w:style w:type="paragraph" w:customStyle="1" w:styleId="Bodytext200">
    <w:name w:val="Body text (20)"/>
    <w:basedOn w:val="Normal"/>
    <w:link w:val="Bodytext20"/>
    <w:rsid w:val="001F03C5"/>
    <w:pPr>
      <w:widowControl w:val="0"/>
      <w:shd w:val="clear" w:color="auto" w:fill="FFFFFF"/>
      <w:spacing w:after="600" w:line="0" w:lineRule="atLeast"/>
      <w:ind w:hanging="320"/>
    </w:pPr>
    <w:rPr>
      <w:rFonts w:ascii="Arial" w:eastAsia="Arial" w:hAnsi="Arial" w:cs="Arial"/>
      <w:i/>
      <w:iCs/>
    </w:rPr>
  </w:style>
  <w:style w:type="character" w:customStyle="1" w:styleId="Bodytext20Exact">
    <w:name w:val="Body text (20) Exact"/>
    <w:basedOn w:val="DefaultParagraphFont"/>
    <w:rsid w:val="001F03C5"/>
    <w:rPr>
      <w:rFonts w:ascii="Arial" w:eastAsia="Arial" w:hAnsi="Arial" w:cs="Arial"/>
      <w:b w:val="0"/>
      <w:bCs w:val="0"/>
      <w:i/>
      <w:iCs/>
      <w:smallCaps w:val="0"/>
      <w:strike w:val="0"/>
      <w:spacing w:val="3"/>
      <w:sz w:val="19"/>
      <w:szCs w:val="19"/>
      <w:u w:val="none"/>
    </w:rPr>
  </w:style>
  <w:style w:type="character" w:customStyle="1" w:styleId="Bodytext20Spacing3pt">
    <w:name w:val="Body text (20) + Spacing 3 pt"/>
    <w:basedOn w:val="Bodytext20"/>
    <w:rsid w:val="00C32423"/>
    <w:rPr>
      <w:rFonts w:ascii="Arial" w:eastAsia="Arial" w:hAnsi="Arial" w:cs="Arial"/>
      <w:b w:val="0"/>
      <w:bCs w:val="0"/>
      <w:i/>
      <w:iCs/>
      <w:smallCaps w:val="0"/>
      <w:color w:val="000000"/>
      <w:spacing w:val="60"/>
      <w:w w:val="100"/>
      <w:position w:val="0"/>
      <w:sz w:val="22"/>
      <w:szCs w:val="22"/>
      <w:u w:val="none"/>
      <w:shd w:val="clear" w:color="auto" w:fill="FFFFFF"/>
      <w:lang w:val="vi-VN" w:eastAsia="vi-VN" w:bidi="vi-VN"/>
    </w:rPr>
  </w:style>
  <w:style w:type="character" w:customStyle="1" w:styleId="Bodytext0">
    <w:name w:val="Body text_"/>
    <w:link w:val="BodyText16"/>
    <w:rsid w:val="00514A71"/>
    <w:rPr>
      <w:rFonts w:ascii="Arial" w:eastAsia="Arial" w:hAnsi="Arial" w:cs="Arial"/>
      <w:shd w:val="clear" w:color="auto" w:fill="FFFFFF"/>
    </w:rPr>
  </w:style>
  <w:style w:type="paragraph" w:customStyle="1" w:styleId="BodyText16">
    <w:name w:val="Body Text16"/>
    <w:basedOn w:val="Normal"/>
    <w:link w:val="Bodytext0"/>
    <w:rsid w:val="00514A71"/>
    <w:pPr>
      <w:widowControl w:val="0"/>
      <w:shd w:val="clear" w:color="auto" w:fill="FFFFFF"/>
      <w:spacing w:after="0" w:line="322" w:lineRule="exact"/>
      <w:ind w:hanging="360"/>
    </w:pPr>
    <w:rPr>
      <w:rFonts w:ascii="Arial" w:eastAsia="Arial" w:hAnsi="Arial" w:cs="Arial"/>
    </w:rPr>
  </w:style>
  <w:style w:type="character" w:customStyle="1" w:styleId="Heading70">
    <w:name w:val="Heading #7"/>
    <w:rsid w:val="00853D99"/>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31">
    <w:name w:val="Body text (31)"/>
    <w:rsid w:val="00853D99"/>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paragraph" w:styleId="BalloonText">
    <w:name w:val="Balloon Text"/>
    <w:basedOn w:val="Normal"/>
    <w:link w:val="BalloonTextChar"/>
    <w:uiPriority w:val="99"/>
    <w:semiHidden/>
    <w:unhideWhenUsed/>
    <w:rsid w:val="00E150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0E9"/>
    <w:rPr>
      <w:rFonts w:ascii="Segoe UI" w:hAnsi="Segoe UI" w:cs="Segoe UI"/>
      <w:sz w:val="18"/>
      <w:szCs w:val="18"/>
    </w:rPr>
  </w:style>
  <w:style w:type="paragraph" w:styleId="NormalWeb">
    <w:name w:val="Normal (Web)"/>
    <w:basedOn w:val="Normal"/>
    <w:uiPriority w:val="99"/>
    <w:unhideWhenUsed/>
    <w:rsid w:val="00E00D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9859">
      <w:bodyDiv w:val="1"/>
      <w:marLeft w:val="0"/>
      <w:marRight w:val="0"/>
      <w:marTop w:val="0"/>
      <w:marBottom w:val="0"/>
      <w:divBdr>
        <w:top w:val="none" w:sz="0" w:space="0" w:color="auto"/>
        <w:left w:val="none" w:sz="0" w:space="0" w:color="auto"/>
        <w:bottom w:val="none" w:sz="0" w:space="0" w:color="auto"/>
        <w:right w:val="none" w:sz="0" w:space="0" w:color="auto"/>
      </w:divBdr>
    </w:div>
    <w:div w:id="899052239">
      <w:bodyDiv w:val="1"/>
      <w:marLeft w:val="0"/>
      <w:marRight w:val="0"/>
      <w:marTop w:val="0"/>
      <w:marBottom w:val="0"/>
      <w:divBdr>
        <w:top w:val="none" w:sz="0" w:space="0" w:color="auto"/>
        <w:left w:val="none" w:sz="0" w:space="0" w:color="auto"/>
        <w:bottom w:val="none" w:sz="0" w:space="0" w:color="auto"/>
        <w:right w:val="none" w:sz="0" w:space="0" w:color="auto"/>
      </w:divBdr>
    </w:div>
    <w:div w:id="1529831585">
      <w:bodyDiv w:val="1"/>
      <w:marLeft w:val="0"/>
      <w:marRight w:val="0"/>
      <w:marTop w:val="0"/>
      <w:marBottom w:val="0"/>
      <w:divBdr>
        <w:top w:val="none" w:sz="0" w:space="0" w:color="auto"/>
        <w:left w:val="none" w:sz="0" w:space="0" w:color="auto"/>
        <w:bottom w:val="none" w:sz="0" w:space="0" w:color="auto"/>
        <w:right w:val="none" w:sz="0" w:space="0" w:color="auto"/>
      </w:divBdr>
    </w:div>
    <w:div w:id="1692797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30309-931C-4168-A340-25CC3A9AB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Thanh Dat</cp:lastModifiedBy>
  <cp:revision>7</cp:revision>
  <cp:lastPrinted>2023-10-10T06:50:00Z</cp:lastPrinted>
  <dcterms:created xsi:type="dcterms:W3CDTF">2024-11-11T08:03:00Z</dcterms:created>
  <dcterms:modified xsi:type="dcterms:W3CDTF">2024-11-11T08:04:00Z</dcterms:modified>
</cp:coreProperties>
</file>