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FD6" w:rsidRPr="00CC2877" w:rsidRDefault="000A2FD6" w:rsidP="00A01F30">
      <w:pPr>
        <w:pStyle w:val="Heading2"/>
        <w:tabs>
          <w:tab w:val="left" w:pos="567"/>
        </w:tabs>
        <w:jc w:val="center"/>
        <w:rPr>
          <w:rStyle w:val="Strong"/>
          <w:rFonts w:cstheme="majorHAnsi"/>
          <w:bCs/>
          <w:sz w:val="40"/>
          <w:szCs w:val="40"/>
        </w:rPr>
      </w:pPr>
      <w:r w:rsidRPr="00CC2877">
        <w:rPr>
          <w:rFonts w:ascii="Segoe UI Symbol" w:hAnsi="Segoe UI Symbol" w:cs="Segoe UI Symbol"/>
          <w:b w:val="0"/>
          <w:sz w:val="40"/>
          <w:szCs w:val="40"/>
        </w:rPr>
        <w:t>🎓</w:t>
      </w:r>
      <w:r w:rsidRPr="00CC2877">
        <w:rPr>
          <w:rFonts w:cstheme="majorHAnsi"/>
          <w:b w:val="0"/>
          <w:sz w:val="40"/>
          <w:szCs w:val="40"/>
        </w:rPr>
        <w:t xml:space="preserve"> </w:t>
      </w:r>
      <w:r w:rsidRPr="00CC2877">
        <w:rPr>
          <w:rStyle w:val="Strong"/>
          <w:rFonts w:cstheme="majorHAnsi"/>
          <w:bCs/>
          <w:sz w:val="40"/>
          <w:szCs w:val="40"/>
        </w:rPr>
        <w:t>KHÁM PHÁ</w:t>
      </w:r>
    </w:p>
    <w:p w:rsidR="00CC2877" w:rsidRPr="008D1FF0" w:rsidRDefault="000A2FD6" w:rsidP="00A01F30">
      <w:pPr>
        <w:pStyle w:val="Heading2"/>
        <w:tabs>
          <w:tab w:val="left" w:pos="567"/>
        </w:tabs>
        <w:jc w:val="center"/>
        <w:rPr>
          <w:rStyle w:val="Strong"/>
          <w:rFonts w:ascii="Times New Roman" w:hAnsi="Times New Roman" w:cs="Times New Roman"/>
          <w:bCs/>
          <w:sz w:val="40"/>
          <w:szCs w:val="40"/>
        </w:rPr>
      </w:pPr>
      <w:r w:rsidRPr="008D1FF0">
        <w:rPr>
          <w:rStyle w:val="Strong"/>
          <w:rFonts w:ascii="Times New Roman" w:hAnsi="Times New Roman" w:cs="Times New Roman"/>
          <w:bCs/>
          <w:sz w:val="40"/>
          <w:szCs w:val="40"/>
        </w:rPr>
        <w:t xml:space="preserve">THƯ VIỆN </w:t>
      </w:r>
      <w:r w:rsidR="00CC2877" w:rsidRPr="008D1FF0">
        <w:rPr>
          <w:rStyle w:val="Strong"/>
          <w:rFonts w:ascii="Times New Roman" w:hAnsi="Times New Roman" w:cs="Times New Roman"/>
          <w:bCs/>
          <w:sz w:val="40"/>
          <w:szCs w:val="40"/>
        </w:rPr>
        <w:t>ĐIỆN</w:t>
      </w:r>
      <w:r w:rsidRPr="008D1FF0">
        <w:rPr>
          <w:rStyle w:val="Strong"/>
          <w:rFonts w:ascii="Times New Roman" w:hAnsi="Times New Roman" w:cs="Times New Roman"/>
          <w:bCs/>
          <w:sz w:val="40"/>
          <w:szCs w:val="40"/>
        </w:rPr>
        <w:t xml:space="preserve"> TỬ TRƯỜNG THCS VŨ KIỆT </w:t>
      </w:r>
    </w:p>
    <w:p w:rsidR="000A2FD6" w:rsidRPr="00CC2877" w:rsidRDefault="000A2FD6" w:rsidP="00A01F30">
      <w:pPr>
        <w:pStyle w:val="Heading2"/>
        <w:tabs>
          <w:tab w:val="left" w:pos="567"/>
        </w:tabs>
        <w:jc w:val="center"/>
        <w:rPr>
          <w:rStyle w:val="Strong"/>
          <w:rFonts w:cstheme="majorHAnsi"/>
          <w:bCs/>
          <w:sz w:val="40"/>
          <w:szCs w:val="40"/>
        </w:rPr>
      </w:pPr>
      <w:r w:rsidRPr="00CC2877">
        <w:rPr>
          <w:rStyle w:val="Strong"/>
          <w:rFonts w:cstheme="majorHAnsi"/>
          <w:bCs/>
          <w:sz w:val="40"/>
          <w:szCs w:val="40"/>
        </w:rPr>
        <w:t>KHÔNG GIAN TRI THỨC SỐ CỦA HỌC SINH THỜI ĐẠI MỚI</w:t>
      </w:r>
    </w:p>
    <w:p w:rsidR="000A2FD6" w:rsidRPr="000A2FD6" w:rsidRDefault="000A2FD6" w:rsidP="00A01F30">
      <w:pPr>
        <w:tabs>
          <w:tab w:val="left" w:pos="567"/>
        </w:tabs>
      </w:pPr>
    </w:p>
    <w:p w:rsidR="000A2FD6" w:rsidRDefault="00A01F30" w:rsidP="00A01F30">
      <w:pPr>
        <w:pStyle w:val="NormalWeb"/>
        <w:tabs>
          <w:tab w:val="left" w:pos="567"/>
        </w:tabs>
        <w:spacing w:line="360" w:lineRule="auto"/>
        <w:ind w:right="-147"/>
        <w:jc w:val="both"/>
        <w:rPr>
          <w:sz w:val="28"/>
          <w:szCs w:val="28"/>
        </w:rPr>
      </w:pPr>
      <w:r w:rsidRPr="00A01F30">
        <w:rPr>
          <w:sz w:val="28"/>
          <w:szCs w:val="28"/>
        </w:rPr>
        <w:tab/>
      </w:r>
      <w:r w:rsidR="000A2FD6" w:rsidRPr="00A01F30">
        <w:rPr>
          <w:sz w:val="28"/>
          <w:szCs w:val="28"/>
        </w:rPr>
        <w:t xml:space="preserve">Trong bối cảnh chuyển đổi số ngày càng sâu rộng trong ngành giáo dục, </w:t>
      </w:r>
      <w:r w:rsidR="000A2FD6" w:rsidRPr="00A01F30">
        <w:rPr>
          <w:rStyle w:val="Strong"/>
          <w:sz w:val="28"/>
          <w:szCs w:val="28"/>
        </w:rPr>
        <w:t>Thư viện điện tử THCS Vũ Kiệt</w:t>
      </w:r>
      <w:r w:rsidR="000A2FD6" w:rsidRPr="00A01F30">
        <w:rPr>
          <w:sz w:val="28"/>
          <w:szCs w:val="28"/>
        </w:rPr>
        <w:t xml:space="preserve"> đã và đang trở thành một cánh cửa tri thức mở rộng cho giáo viên và học sinh toàn trường. Không gian thư viện truyền thống nay được mở rộng lên nền tảng số hóa hiện đại, tạo điều kiện thuận lợi để bạn đọc tiếp cận tri thức mọi lúc, mọi nơi.</w:t>
      </w:r>
    </w:p>
    <w:p w:rsidR="007C2D2D" w:rsidRDefault="007C2D2D" w:rsidP="00A01F30">
      <w:pPr>
        <w:pStyle w:val="NormalWeb"/>
        <w:tabs>
          <w:tab w:val="left" w:pos="567"/>
        </w:tabs>
        <w:spacing w:line="360" w:lineRule="auto"/>
        <w:ind w:right="-147"/>
        <w:jc w:val="both"/>
        <w:rPr>
          <w:sz w:val="28"/>
          <w:szCs w:val="28"/>
        </w:rPr>
      </w:pPr>
      <w:bookmarkStart w:id="0" w:name="_GoBack"/>
      <w:r>
        <w:rPr>
          <w:noProof/>
        </w:rPr>
        <w:drawing>
          <wp:inline distT="0" distB="0" distL="0" distR="0" wp14:anchorId="0EEA6AD4" wp14:editId="5210F9F7">
            <wp:extent cx="6305550" cy="2791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3995" cy="2795199"/>
                    </a:xfrm>
                    <a:prstGeom prst="rect">
                      <a:avLst/>
                    </a:prstGeom>
                  </pic:spPr>
                </pic:pic>
              </a:graphicData>
            </a:graphic>
          </wp:inline>
        </w:drawing>
      </w:r>
      <w:bookmarkEnd w:id="0"/>
    </w:p>
    <w:p w:rsidR="000A2FD6" w:rsidRPr="00A01F30" w:rsidRDefault="000A2FD6" w:rsidP="00A01F30">
      <w:pPr>
        <w:pStyle w:val="Heading3"/>
        <w:tabs>
          <w:tab w:val="left" w:pos="567"/>
        </w:tabs>
        <w:rPr>
          <w:sz w:val="30"/>
          <w:lang w:val="vi-VN"/>
        </w:rPr>
      </w:pPr>
      <w:r w:rsidRPr="00A01F30">
        <w:rPr>
          <w:rFonts w:ascii="Segoe UI Symbol" w:hAnsi="Segoe UI Symbol" w:cs="Segoe UI Symbol"/>
          <w:sz w:val="30"/>
          <w:lang w:val="vi-VN"/>
        </w:rPr>
        <w:t>📚</w:t>
      </w:r>
      <w:r w:rsidRPr="00A01F30">
        <w:rPr>
          <w:sz w:val="30"/>
          <w:lang w:val="vi-VN"/>
        </w:rPr>
        <w:t xml:space="preserve"> </w:t>
      </w:r>
      <w:r w:rsidRPr="00A01F30">
        <w:rPr>
          <w:rStyle w:val="Strong"/>
          <w:sz w:val="30"/>
          <w:lang w:val="vi-VN"/>
        </w:rPr>
        <w:t>KHÔNG GIAN TRI THỨC SỐ ĐA DẠNG VÀ TIỆN ÍCH</w:t>
      </w:r>
    </w:p>
    <w:p w:rsidR="000A2FD6" w:rsidRPr="00A01F30" w:rsidRDefault="00A01F30" w:rsidP="00A01F30">
      <w:pPr>
        <w:pStyle w:val="NormalWeb"/>
        <w:tabs>
          <w:tab w:val="left" w:pos="567"/>
        </w:tabs>
        <w:spacing w:line="360" w:lineRule="auto"/>
        <w:jc w:val="both"/>
        <w:rPr>
          <w:sz w:val="28"/>
          <w:szCs w:val="28"/>
        </w:rPr>
      </w:pPr>
      <w:r w:rsidRPr="00A01F30">
        <w:rPr>
          <w:sz w:val="28"/>
          <w:szCs w:val="28"/>
        </w:rPr>
        <w:tab/>
      </w:r>
      <w:r w:rsidR="000A2FD6" w:rsidRPr="00A01F30">
        <w:rPr>
          <w:sz w:val="28"/>
          <w:szCs w:val="28"/>
        </w:rPr>
        <w:t>Giao diện của thư viện điện tử tại địa chỉ</w:t>
      </w:r>
      <w:r w:rsidR="000A2FD6" w:rsidRPr="00A01F30">
        <w:rPr>
          <w:color w:val="0070C0"/>
          <w:sz w:val="28"/>
          <w:szCs w:val="28"/>
        </w:rPr>
        <w:t xml:space="preserve">: http://tvthcsvukietthuanthanh.lcp.vn:88 </w:t>
      </w:r>
      <w:r w:rsidR="000A2FD6" w:rsidRPr="00A01F30">
        <w:rPr>
          <w:sz w:val="28"/>
          <w:szCs w:val="28"/>
        </w:rPr>
        <w:t xml:space="preserve">được thiết kế trực quan, dễ sử dụng, phù hợp với </w:t>
      </w:r>
      <w:r w:rsidR="000D59F8" w:rsidRPr="000D59F8">
        <w:rPr>
          <w:sz w:val="28"/>
          <w:szCs w:val="28"/>
        </w:rPr>
        <w:t xml:space="preserve">giáo viên, </w:t>
      </w:r>
      <w:r w:rsidR="000A2FD6" w:rsidRPr="00A01F30">
        <w:rPr>
          <w:sz w:val="28"/>
          <w:szCs w:val="28"/>
        </w:rPr>
        <w:t>học sinh THCS. Khi truy cập, bạn đọc sẽ ngay lập tức thấy các mục nổi bật:</w:t>
      </w:r>
    </w:p>
    <w:p w:rsidR="005D7C31" w:rsidRPr="00321275" w:rsidRDefault="005D7C31" w:rsidP="005D7C31">
      <w:pPr>
        <w:pStyle w:val="NormalWeb"/>
        <w:tabs>
          <w:tab w:val="left" w:pos="567"/>
        </w:tabs>
        <w:spacing w:line="360" w:lineRule="auto"/>
        <w:ind w:left="720"/>
        <w:jc w:val="both"/>
        <w:rPr>
          <w:rStyle w:val="Strong"/>
          <w:b w:val="0"/>
          <w:bCs w:val="0"/>
          <w:sz w:val="8"/>
          <w:szCs w:val="28"/>
        </w:rPr>
      </w:pPr>
    </w:p>
    <w:p w:rsidR="000A2FD6" w:rsidRPr="00A01F30" w:rsidRDefault="000A2FD6" w:rsidP="00D27074">
      <w:pPr>
        <w:pStyle w:val="NormalWeb"/>
        <w:numPr>
          <w:ilvl w:val="0"/>
          <w:numId w:val="10"/>
        </w:numPr>
        <w:tabs>
          <w:tab w:val="left" w:pos="567"/>
        </w:tabs>
        <w:spacing w:line="360" w:lineRule="auto"/>
        <w:jc w:val="both"/>
        <w:rPr>
          <w:sz w:val="28"/>
          <w:szCs w:val="28"/>
        </w:rPr>
      </w:pPr>
      <w:r w:rsidRPr="00A01F30">
        <w:rPr>
          <w:rStyle w:val="Strong"/>
          <w:sz w:val="28"/>
          <w:szCs w:val="28"/>
        </w:rPr>
        <w:t>Tủ sách điện tử Hồ Chí Minh, Tổng Bí thư Nguyễn Phú Trọng</w:t>
      </w:r>
      <w:r w:rsidRPr="00A01F30">
        <w:rPr>
          <w:sz w:val="28"/>
          <w:szCs w:val="28"/>
        </w:rPr>
        <w:t xml:space="preserve">, </w:t>
      </w:r>
      <w:r w:rsidR="000D59F8" w:rsidRPr="000D59F8">
        <w:rPr>
          <w:sz w:val="28"/>
          <w:szCs w:val="28"/>
        </w:rPr>
        <w:t>T</w:t>
      </w:r>
      <w:r w:rsidRPr="00A01F30">
        <w:rPr>
          <w:sz w:val="28"/>
          <w:szCs w:val="28"/>
        </w:rPr>
        <w:t>ủ sách dùng chung đầy giá trị.</w:t>
      </w:r>
    </w:p>
    <w:p w:rsidR="000A2FD6" w:rsidRPr="00A01F30" w:rsidRDefault="000A2FD6" w:rsidP="00D27074">
      <w:pPr>
        <w:pStyle w:val="NormalWeb"/>
        <w:numPr>
          <w:ilvl w:val="0"/>
          <w:numId w:val="10"/>
        </w:numPr>
        <w:tabs>
          <w:tab w:val="left" w:pos="567"/>
        </w:tabs>
        <w:spacing w:line="360" w:lineRule="auto"/>
        <w:jc w:val="both"/>
        <w:rPr>
          <w:sz w:val="28"/>
          <w:szCs w:val="28"/>
        </w:rPr>
      </w:pPr>
      <w:r w:rsidRPr="00A01F30">
        <w:rPr>
          <w:rStyle w:val="Strong"/>
          <w:sz w:val="28"/>
          <w:szCs w:val="28"/>
        </w:rPr>
        <w:t>Triển lãm báo Xuân trực tuyến</w:t>
      </w:r>
      <w:r w:rsidR="007C2D2D">
        <w:rPr>
          <w:sz w:val="28"/>
          <w:szCs w:val="28"/>
        </w:rPr>
        <w:t>, các chủ đề văn hóa- chính trị-</w:t>
      </w:r>
      <w:r w:rsidRPr="00A01F30">
        <w:rPr>
          <w:sz w:val="28"/>
          <w:szCs w:val="28"/>
        </w:rPr>
        <w:t xml:space="preserve"> xã hội hấp dẫn.</w:t>
      </w:r>
    </w:p>
    <w:p w:rsidR="000A2FD6" w:rsidRPr="00A01F30" w:rsidRDefault="000A2FD6" w:rsidP="00D27074">
      <w:pPr>
        <w:pStyle w:val="NormalWeb"/>
        <w:numPr>
          <w:ilvl w:val="0"/>
          <w:numId w:val="10"/>
        </w:numPr>
        <w:tabs>
          <w:tab w:val="left" w:pos="567"/>
        </w:tabs>
        <w:spacing w:line="360" w:lineRule="auto"/>
        <w:jc w:val="both"/>
        <w:rPr>
          <w:sz w:val="28"/>
          <w:szCs w:val="28"/>
        </w:rPr>
      </w:pPr>
      <w:r w:rsidRPr="00A01F30">
        <w:rPr>
          <w:rStyle w:val="Strong"/>
          <w:sz w:val="28"/>
          <w:szCs w:val="28"/>
        </w:rPr>
        <w:t>Mục lục điện tử, học liệu điện tử, thư viện số</w:t>
      </w:r>
      <w:r w:rsidRPr="00A01F30">
        <w:rPr>
          <w:sz w:val="28"/>
          <w:szCs w:val="28"/>
        </w:rPr>
        <w:t xml:space="preserve"> – công cụ tra cứu thông minh, tiết kiệm thời gian tìm kiếm tài liệu.</w:t>
      </w:r>
    </w:p>
    <w:p w:rsidR="000A2FD6" w:rsidRPr="00A01F30" w:rsidRDefault="007C2D2D" w:rsidP="00D27074">
      <w:pPr>
        <w:pStyle w:val="NormalWeb"/>
        <w:numPr>
          <w:ilvl w:val="0"/>
          <w:numId w:val="10"/>
        </w:numPr>
        <w:tabs>
          <w:tab w:val="left" w:pos="567"/>
        </w:tabs>
        <w:spacing w:line="360" w:lineRule="auto"/>
        <w:jc w:val="both"/>
        <w:rPr>
          <w:sz w:val="28"/>
          <w:szCs w:val="28"/>
        </w:rPr>
      </w:pPr>
      <w:r>
        <w:rPr>
          <w:rStyle w:val="Strong"/>
          <w:sz w:val="28"/>
          <w:szCs w:val="28"/>
        </w:rPr>
        <w:t>Khu vực học liệu:</w:t>
      </w:r>
      <w:r w:rsidR="000A2FD6" w:rsidRPr="00A01F30">
        <w:rPr>
          <w:sz w:val="28"/>
          <w:szCs w:val="28"/>
        </w:rPr>
        <w:t xml:space="preserve"> được cập nhật thường xuyên, tích hợp đa nền tảng.</w:t>
      </w:r>
    </w:p>
    <w:p w:rsidR="000A2FD6" w:rsidRDefault="000A2FD6" w:rsidP="00A01F30">
      <w:pPr>
        <w:pStyle w:val="NormalWeb"/>
        <w:tabs>
          <w:tab w:val="left" w:pos="567"/>
        </w:tabs>
      </w:pPr>
      <w:r>
        <w:rPr>
          <w:noProof/>
        </w:rPr>
        <w:drawing>
          <wp:inline distT="0" distB="0" distL="0" distR="0" wp14:anchorId="246C0B0E" wp14:editId="5FF0D11B">
            <wp:extent cx="6190615" cy="35909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3435" cy="3592561"/>
                    </a:xfrm>
                    <a:prstGeom prst="rect">
                      <a:avLst/>
                    </a:prstGeom>
                  </pic:spPr>
                </pic:pic>
              </a:graphicData>
            </a:graphic>
          </wp:inline>
        </w:drawing>
      </w:r>
    </w:p>
    <w:p w:rsidR="00321275" w:rsidRDefault="00321275" w:rsidP="00A01F30">
      <w:pPr>
        <w:pStyle w:val="NormalWeb"/>
        <w:tabs>
          <w:tab w:val="left" w:pos="567"/>
        </w:tabs>
      </w:pPr>
    </w:p>
    <w:p w:rsidR="00321275" w:rsidRDefault="00321275" w:rsidP="00A01F30">
      <w:pPr>
        <w:pStyle w:val="NormalWeb"/>
        <w:tabs>
          <w:tab w:val="left" w:pos="567"/>
        </w:tabs>
      </w:pPr>
    </w:p>
    <w:p w:rsidR="00321275" w:rsidRDefault="00321275" w:rsidP="00A01F30">
      <w:pPr>
        <w:pStyle w:val="NormalWeb"/>
        <w:tabs>
          <w:tab w:val="left" w:pos="567"/>
        </w:tabs>
      </w:pPr>
    </w:p>
    <w:p w:rsidR="00321275" w:rsidRDefault="00321275" w:rsidP="00A01F30">
      <w:pPr>
        <w:pStyle w:val="NormalWeb"/>
        <w:tabs>
          <w:tab w:val="left" w:pos="567"/>
        </w:tabs>
      </w:pPr>
    </w:p>
    <w:p w:rsidR="00321275" w:rsidRDefault="00321275" w:rsidP="00A01F30">
      <w:pPr>
        <w:pStyle w:val="NormalWeb"/>
        <w:tabs>
          <w:tab w:val="left" w:pos="567"/>
        </w:tabs>
      </w:pPr>
    </w:p>
    <w:p w:rsidR="00321275" w:rsidRDefault="00321275" w:rsidP="00A01F30">
      <w:pPr>
        <w:pStyle w:val="NormalWeb"/>
        <w:tabs>
          <w:tab w:val="left" w:pos="567"/>
        </w:tabs>
      </w:pPr>
    </w:p>
    <w:p w:rsidR="00321275" w:rsidRDefault="00321275" w:rsidP="00A01F30">
      <w:pPr>
        <w:pStyle w:val="NormalWeb"/>
        <w:tabs>
          <w:tab w:val="left" w:pos="567"/>
        </w:tabs>
      </w:pPr>
    </w:p>
    <w:p w:rsidR="000A2FD6" w:rsidRDefault="000A2FD6" w:rsidP="00A01F30">
      <w:pPr>
        <w:pStyle w:val="NormalWeb"/>
        <w:tabs>
          <w:tab w:val="left" w:pos="567"/>
        </w:tabs>
      </w:pPr>
      <w:r>
        <w:rPr>
          <w:noProof/>
        </w:rPr>
        <w:drawing>
          <wp:inline distT="0" distB="0" distL="0" distR="0" wp14:anchorId="3492DB6A" wp14:editId="00F84CD9">
            <wp:extent cx="6016625" cy="3400425"/>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6625" cy="3400425"/>
                    </a:xfrm>
                    <a:prstGeom prst="rect">
                      <a:avLst/>
                    </a:prstGeom>
                  </pic:spPr>
                </pic:pic>
              </a:graphicData>
            </a:graphic>
          </wp:inline>
        </w:drawing>
      </w:r>
    </w:p>
    <w:p w:rsidR="000A2FD6" w:rsidRDefault="000A2FD6" w:rsidP="00A01F30">
      <w:pPr>
        <w:pStyle w:val="NormalWeb"/>
        <w:tabs>
          <w:tab w:val="left" w:pos="567"/>
        </w:tabs>
      </w:pPr>
      <w:r>
        <w:rPr>
          <w:noProof/>
        </w:rPr>
        <w:drawing>
          <wp:inline distT="0" distB="0" distL="0" distR="0" wp14:anchorId="50A8E46B" wp14:editId="7A4FB090">
            <wp:extent cx="6016625" cy="385762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6625" cy="3857625"/>
                    </a:xfrm>
                    <a:prstGeom prst="rect">
                      <a:avLst/>
                    </a:prstGeom>
                  </pic:spPr>
                </pic:pic>
              </a:graphicData>
            </a:graphic>
          </wp:inline>
        </w:drawing>
      </w:r>
    </w:p>
    <w:p w:rsidR="00321275" w:rsidRPr="00D27074" w:rsidRDefault="00321275" w:rsidP="00A01F30">
      <w:pPr>
        <w:pStyle w:val="Heading3"/>
        <w:tabs>
          <w:tab w:val="left" w:pos="567"/>
        </w:tabs>
        <w:rPr>
          <w:rFonts w:asciiTheme="minorHAnsi" w:hAnsiTheme="minorHAnsi" w:cs="Segoe UI Symbol"/>
          <w:b w:val="0"/>
          <w:bCs w:val="0"/>
          <w:sz w:val="20"/>
          <w:lang w:val="vi-VN"/>
        </w:rPr>
      </w:pPr>
    </w:p>
    <w:p w:rsidR="000A2FD6" w:rsidRPr="00A01F30" w:rsidRDefault="00321275" w:rsidP="00A01F30">
      <w:pPr>
        <w:pStyle w:val="Heading3"/>
        <w:tabs>
          <w:tab w:val="left" w:pos="567"/>
        </w:tabs>
        <w:rPr>
          <w:rFonts w:ascii="Segoe UI Symbol" w:hAnsi="Segoe UI Symbol" w:cs="Segoe UI Symbol"/>
          <w:sz w:val="30"/>
          <w:lang w:val="vi-VN"/>
        </w:rPr>
      </w:pPr>
      <w:r w:rsidRPr="00A01F30">
        <w:rPr>
          <w:rFonts w:ascii="Segoe UI Symbol" w:hAnsi="Segoe UI Symbol" w:cs="Segoe UI Symbol"/>
          <w:sz w:val="30"/>
          <w:lang w:val="vi-VN"/>
        </w:rPr>
        <w:t>📚</w:t>
      </w:r>
      <w:r w:rsidRPr="00A01F30">
        <w:rPr>
          <w:rFonts w:ascii="Segoe UI Symbol" w:hAnsi="Segoe UI Symbol" w:cs="Segoe UI Symbol"/>
          <w:b w:val="0"/>
          <w:bCs w:val="0"/>
          <w:sz w:val="30"/>
          <w:lang w:val="vi-VN"/>
        </w:rPr>
        <w:t xml:space="preserve"> </w:t>
      </w:r>
      <w:r w:rsidR="000A2FD6" w:rsidRPr="00A01F30">
        <w:rPr>
          <w:rFonts w:ascii="Segoe UI Symbol" w:hAnsi="Segoe UI Symbol" w:cs="Segoe UI Symbol"/>
          <w:b w:val="0"/>
          <w:bCs w:val="0"/>
          <w:sz w:val="30"/>
          <w:lang w:val="vi-VN"/>
        </w:rPr>
        <w:t>KHO D</w:t>
      </w:r>
      <w:r w:rsidR="000A2FD6" w:rsidRPr="00A01F30">
        <w:rPr>
          <w:rFonts w:ascii="Calibri" w:hAnsi="Calibri" w:cs="Calibri"/>
          <w:b w:val="0"/>
          <w:bCs w:val="0"/>
          <w:sz w:val="30"/>
          <w:lang w:val="vi-VN"/>
        </w:rPr>
        <w:t>Ữ</w:t>
      </w:r>
      <w:r w:rsidR="000A2FD6" w:rsidRPr="00A01F30">
        <w:rPr>
          <w:rFonts w:ascii="Segoe UI Symbol" w:hAnsi="Segoe UI Symbol" w:cs="Segoe UI Symbol"/>
          <w:b w:val="0"/>
          <w:bCs w:val="0"/>
          <w:sz w:val="30"/>
          <w:lang w:val="vi-VN"/>
        </w:rPr>
        <w:t xml:space="preserve"> LI</w:t>
      </w:r>
      <w:r w:rsidR="000A2FD6" w:rsidRPr="00A01F30">
        <w:rPr>
          <w:rFonts w:ascii="Calibri" w:hAnsi="Calibri" w:cs="Calibri"/>
          <w:b w:val="0"/>
          <w:bCs w:val="0"/>
          <w:sz w:val="30"/>
          <w:lang w:val="vi-VN"/>
        </w:rPr>
        <w:t>Ệ</w:t>
      </w:r>
      <w:r w:rsidR="000A2FD6" w:rsidRPr="00A01F30">
        <w:rPr>
          <w:rFonts w:ascii="Segoe UI Symbol" w:hAnsi="Segoe UI Symbol" w:cs="Segoe UI Symbol"/>
          <w:b w:val="0"/>
          <w:bCs w:val="0"/>
          <w:sz w:val="30"/>
          <w:lang w:val="vi-VN"/>
        </w:rPr>
        <w:t>U PHONG PHÚ – NGU</w:t>
      </w:r>
      <w:r w:rsidR="000A2FD6" w:rsidRPr="00A01F30">
        <w:rPr>
          <w:rFonts w:ascii="Calibri" w:hAnsi="Calibri" w:cs="Calibri"/>
          <w:b w:val="0"/>
          <w:bCs w:val="0"/>
          <w:sz w:val="30"/>
          <w:lang w:val="vi-VN"/>
        </w:rPr>
        <w:t>Ồ</w:t>
      </w:r>
      <w:r w:rsidR="000A2FD6" w:rsidRPr="00A01F30">
        <w:rPr>
          <w:rFonts w:ascii="Segoe UI Symbol" w:hAnsi="Segoe UI Symbol" w:cs="Segoe UI Symbol"/>
          <w:b w:val="0"/>
          <w:bCs w:val="0"/>
          <w:sz w:val="30"/>
          <w:lang w:val="vi-VN"/>
        </w:rPr>
        <w:t>N TRI TH</w:t>
      </w:r>
      <w:r w:rsidR="000A2FD6" w:rsidRPr="00A01F30">
        <w:rPr>
          <w:rFonts w:ascii="Calibri" w:hAnsi="Calibri" w:cs="Calibri"/>
          <w:b w:val="0"/>
          <w:bCs w:val="0"/>
          <w:sz w:val="30"/>
          <w:lang w:val="vi-VN"/>
        </w:rPr>
        <w:t>Ứ</w:t>
      </w:r>
      <w:r w:rsidR="000A2FD6" w:rsidRPr="00A01F30">
        <w:rPr>
          <w:rFonts w:ascii="Segoe UI Symbol" w:hAnsi="Segoe UI Symbol" w:cs="Segoe UI Symbol"/>
          <w:b w:val="0"/>
          <w:bCs w:val="0"/>
          <w:sz w:val="30"/>
          <w:lang w:val="vi-VN"/>
        </w:rPr>
        <w:t>C B</w:t>
      </w:r>
      <w:r w:rsidR="000A2FD6" w:rsidRPr="00A01F30">
        <w:rPr>
          <w:rFonts w:ascii="Calibri" w:hAnsi="Calibri" w:cs="Calibri"/>
          <w:b w:val="0"/>
          <w:bCs w:val="0"/>
          <w:sz w:val="30"/>
          <w:lang w:val="vi-VN"/>
        </w:rPr>
        <w:t>Ấ</w:t>
      </w:r>
      <w:r w:rsidR="000A2FD6" w:rsidRPr="00A01F30">
        <w:rPr>
          <w:rFonts w:ascii="Segoe UI Symbol" w:hAnsi="Segoe UI Symbol" w:cs="Segoe UI Symbol"/>
          <w:b w:val="0"/>
          <w:bCs w:val="0"/>
          <w:sz w:val="30"/>
          <w:lang w:val="vi-VN"/>
        </w:rPr>
        <w:t>T T</w:t>
      </w:r>
      <w:r w:rsidR="000A2FD6" w:rsidRPr="00A01F30">
        <w:rPr>
          <w:rFonts w:ascii="Calibri" w:hAnsi="Calibri" w:cs="Calibri"/>
          <w:b w:val="0"/>
          <w:bCs w:val="0"/>
          <w:sz w:val="30"/>
          <w:lang w:val="vi-VN"/>
        </w:rPr>
        <w:t>Ậ</w:t>
      </w:r>
      <w:r w:rsidR="000A2FD6" w:rsidRPr="00A01F30">
        <w:rPr>
          <w:rFonts w:ascii="Segoe UI Symbol" w:hAnsi="Segoe UI Symbol" w:cs="Segoe UI Symbol"/>
          <w:b w:val="0"/>
          <w:bCs w:val="0"/>
          <w:sz w:val="30"/>
          <w:lang w:val="vi-VN"/>
        </w:rPr>
        <w:t>N</w:t>
      </w:r>
    </w:p>
    <w:p w:rsidR="000A2FD6" w:rsidRPr="007C2D2D" w:rsidRDefault="000A2FD6" w:rsidP="007C2D2D">
      <w:pPr>
        <w:pStyle w:val="NormalWeb"/>
        <w:tabs>
          <w:tab w:val="left" w:pos="567"/>
        </w:tabs>
        <w:spacing w:line="360" w:lineRule="auto"/>
        <w:jc w:val="both"/>
        <w:rPr>
          <w:sz w:val="28"/>
        </w:rPr>
      </w:pPr>
      <w:r w:rsidRPr="007C2D2D">
        <w:rPr>
          <w:sz w:val="28"/>
        </w:rPr>
        <w:t>Thư viện điện tử THCS Vũ Kiệt kết nối với nhiều cơ sở dữ liệu giáo dục lớn trong và ngoài nước như:</w:t>
      </w:r>
    </w:p>
    <w:p w:rsidR="000A2FD6" w:rsidRPr="007C2D2D" w:rsidRDefault="000D59F8" w:rsidP="007C2D2D">
      <w:pPr>
        <w:pStyle w:val="NormalWeb"/>
        <w:numPr>
          <w:ilvl w:val="0"/>
          <w:numId w:val="11"/>
        </w:numPr>
        <w:tabs>
          <w:tab w:val="left" w:pos="567"/>
        </w:tabs>
        <w:spacing w:line="360" w:lineRule="auto"/>
        <w:jc w:val="both"/>
        <w:rPr>
          <w:sz w:val="28"/>
        </w:rPr>
      </w:pPr>
      <w:r>
        <w:rPr>
          <w:rStyle w:val="Strong"/>
          <w:sz w:val="28"/>
        </w:rPr>
        <w:t>Thuvien</w:t>
      </w:r>
      <w:r w:rsidR="000A2FD6" w:rsidRPr="007C2D2D">
        <w:rPr>
          <w:rStyle w:val="Strong"/>
          <w:sz w:val="28"/>
        </w:rPr>
        <w:t>so.vn</w:t>
      </w:r>
      <w:r w:rsidR="000A2FD6" w:rsidRPr="007C2D2D">
        <w:rPr>
          <w:sz w:val="28"/>
        </w:rPr>
        <w:t xml:space="preserve"> – thư viện số dành cho học sinh các cấp.</w:t>
      </w:r>
    </w:p>
    <w:p w:rsidR="000A2FD6" w:rsidRPr="007C2D2D" w:rsidRDefault="00970B22" w:rsidP="007C2D2D">
      <w:pPr>
        <w:pStyle w:val="NormalWeb"/>
        <w:numPr>
          <w:ilvl w:val="0"/>
          <w:numId w:val="11"/>
        </w:numPr>
        <w:tabs>
          <w:tab w:val="left" w:pos="567"/>
        </w:tabs>
        <w:spacing w:line="360" w:lineRule="auto"/>
        <w:jc w:val="both"/>
        <w:rPr>
          <w:sz w:val="28"/>
        </w:rPr>
      </w:pPr>
      <w:r w:rsidRPr="00970B22">
        <w:rPr>
          <w:rStyle w:val="Strong"/>
          <w:sz w:val="28"/>
        </w:rPr>
        <w:t>Hanhtrangso.nxbgd</w:t>
      </w:r>
      <w:r w:rsidR="000A2FD6" w:rsidRPr="007C2D2D">
        <w:rPr>
          <w:rStyle w:val="Strong"/>
          <w:sz w:val="28"/>
        </w:rPr>
        <w:t>.vn</w:t>
      </w:r>
      <w:r w:rsidR="000A2FD6" w:rsidRPr="007C2D2D">
        <w:rPr>
          <w:sz w:val="28"/>
        </w:rPr>
        <w:t xml:space="preserve"> – kho </w:t>
      </w:r>
      <w:r w:rsidR="00F2679A" w:rsidRPr="00F2679A">
        <w:rPr>
          <w:sz w:val="28"/>
        </w:rPr>
        <w:t>S</w:t>
      </w:r>
      <w:r w:rsidR="000A2FD6" w:rsidRPr="007C2D2D">
        <w:rPr>
          <w:sz w:val="28"/>
        </w:rPr>
        <w:t xml:space="preserve">ách </w:t>
      </w:r>
      <w:r w:rsidRPr="00970B22">
        <w:rPr>
          <w:sz w:val="28"/>
        </w:rPr>
        <w:t>giáo khoa</w:t>
      </w:r>
      <w:r w:rsidR="000A2FD6" w:rsidRPr="007C2D2D">
        <w:rPr>
          <w:sz w:val="28"/>
        </w:rPr>
        <w:t xml:space="preserve"> phục vụ học tập theo chương trình hiện hành.</w:t>
      </w:r>
    </w:p>
    <w:p w:rsidR="000A2FD6" w:rsidRPr="007C2D2D" w:rsidRDefault="000A2FD6" w:rsidP="007C2D2D">
      <w:pPr>
        <w:pStyle w:val="NormalWeb"/>
        <w:numPr>
          <w:ilvl w:val="0"/>
          <w:numId w:val="11"/>
        </w:numPr>
        <w:tabs>
          <w:tab w:val="left" w:pos="567"/>
        </w:tabs>
        <w:spacing w:line="360" w:lineRule="auto"/>
        <w:jc w:val="both"/>
        <w:rPr>
          <w:sz w:val="28"/>
        </w:rPr>
      </w:pPr>
      <w:r w:rsidRPr="007C2D2D">
        <w:rPr>
          <w:rStyle w:val="Strong"/>
          <w:sz w:val="28"/>
        </w:rPr>
        <w:t>Let’s Read</w:t>
      </w:r>
      <w:r w:rsidRPr="007C2D2D">
        <w:rPr>
          <w:sz w:val="28"/>
        </w:rPr>
        <w:t xml:space="preserve">, </w:t>
      </w:r>
      <w:r w:rsidRPr="007C2D2D">
        <w:rPr>
          <w:rStyle w:val="Strong"/>
          <w:sz w:val="28"/>
        </w:rPr>
        <w:t>Room to Read</w:t>
      </w:r>
      <w:r w:rsidRPr="007C2D2D">
        <w:rPr>
          <w:sz w:val="28"/>
        </w:rPr>
        <w:t xml:space="preserve">, </w:t>
      </w:r>
      <w:r w:rsidRPr="007C2D2D">
        <w:rPr>
          <w:rStyle w:val="Strong"/>
          <w:sz w:val="28"/>
        </w:rPr>
        <w:t>Thư viện sách nói</w:t>
      </w:r>
      <w:r w:rsidRPr="007C2D2D">
        <w:rPr>
          <w:sz w:val="28"/>
        </w:rPr>
        <w:t xml:space="preserve"> – dành cho học sinh rèn luyện kỹ năng đọc, kỹ năng nghe tiếng Anh.</w:t>
      </w:r>
    </w:p>
    <w:p w:rsidR="000A2FD6" w:rsidRPr="007C2D2D" w:rsidRDefault="000A2FD6" w:rsidP="007C2D2D">
      <w:pPr>
        <w:pStyle w:val="NormalWeb"/>
        <w:numPr>
          <w:ilvl w:val="0"/>
          <w:numId w:val="11"/>
        </w:numPr>
        <w:tabs>
          <w:tab w:val="left" w:pos="567"/>
        </w:tabs>
        <w:spacing w:line="360" w:lineRule="auto"/>
        <w:jc w:val="both"/>
        <w:rPr>
          <w:sz w:val="28"/>
        </w:rPr>
      </w:pPr>
      <w:r w:rsidRPr="007C2D2D">
        <w:rPr>
          <w:rStyle w:val="Strong"/>
          <w:sz w:val="28"/>
        </w:rPr>
        <w:t>Hệ tri thức số hóa Việt Nam</w:t>
      </w:r>
      <w:r w:rsidRPr="007C2D2D">
        <w:rPr>
          <w:sz w:val="28"/>
        </w:rPr>
        <w:t xml:space="preserve">, </w:t>
      </w:r>
      <w:r w:rsidRPr="007C2D2D">
        <w:rPr>
          <w:rStyle w:val="Strong"/>
          <w:sz w:val="28"/>
        </w:rPr>
        <w:t>Kids – sách thiếu nhi miễn phí</w:t>
      </w:r>
      <w:r w:rsidRPr="007C2D2D">
        <w:rPr>
          <w:sz w:val="28"/>
        </w:rPr>
        <w:t xml:space="preserve">, </w:t>
      </w:r>
      <w:r w:rsidRPr="007C2D2D">
        <w:rPr>
          <w:rStyle w:val="Strong"/>
          <w:sz w:val="28"/>
        </w:rPr>
        <w:t>SEAD STEM</w:t>
      </w:r>
      <w:r w:rsidRPr="007C2D2D">
        <w:rPr>
          <w:sz w:val="28"/>
        </w:rPr>
        <w:t xml:space="preserve"> – diễn đàn kỹ thuật số cho học sinh yêu thích khoa học.</w:t>
      </w:r>
    </w:p>
    <w:p w:rsidR="000A2FD6" w:rsidRDefault="000A2FD6" w:rsidP="00A01F30">
      <w:pPr>
        <w:pStyle w:val="NormalWeb"/>
        <w:tabs>
          <w:tab w:val="left" w:pos="567"/>
        </w:tabs>
      </w:pPr>
      <w:r>
        <w:rPr>
          <w:noProof/>
        </w:rPr>
        <w:drawing>
          <wp:inline distT="0" distB="0" distL="0" distR="0" wp14:anchorId="5E358BDB" wp14:editId="47434107">
            <wp:extent cx="6382705" cy="399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8600" cy="3994661"/>
                    </a:xfrm>
                    <a:prstGeom prst="rect">
                      <a:avLst/>
                    </a:prstGeom>
                  </pic:spPr>
                </pic:pic>
              </a:graphicData>
            </a:graphic>
          </wp:inline>
        </w:drawing>
      </w:r>
    </w:p>
    <w:p w:rsidR="00321275" w:rsidRDefault="00321275" w:rsidP="00A01F30">
      <w:pPr>
        <w:pStyle w:val="NormalWeb"/>
        <w:tabs>
          <w:tab w:val="left" w:pos="567"/>
        </w:tabs>
      </w:pPr>
    </w:p>
    <w:p w:rsidR="000D59F8" w:rsidRDefault="000D59F8" w:rsidP="00A01F30">
      <w:pPr>
        <w:pStyle w:val="NormalWeb"/>
        <w:tabs>
          <w:tab w:val="left" w:pos="567"/>
        </w:tabs>
      </w:pPr>
      <w:r>
        <w:rPr>
          <w:noProof/>
        </w:rPr>
        <w:drawing>
          <wp:inline distT="0" distB="0" distL="0" distR="0" wp14:anchorId="7B132EEE" wp14:editId="5A9E8220">
            <wp:extent cx="6210935" cy="3663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935" cy="3663315"/>
                    </a:xfrm>
                    <a:prstGeom prst="rect">
                      <a:avLst/>
                    </a:prstGeom>
                  </pic:spPr>
                </pic:pic>
              </a:graphicData>
            </a:graphic>
          </wp:inline>
        </w:drawing>
      </w:r>
    </w:p>
    <w:p w:rsidR="000A2FD6" w:rsidRDefault="000A2FD6" w:rsidP="00A01F30">
      <w:pPr>
        <w:pStyle w:val="NormalWeb"/>
        <w:tabs>
          <w:tab w:val="left" w:pos="567"/>
        </w:tabs>
      </w:pPr>
      <w:r>
        <w:rPr>
          <w:noProof/>
        </w:rPr>
        <w:drawing>
          <wp:inline distT="0" distB="0" distL="0" distR="0" wp14:anchorId="7A2275AB" wp14:editId="17090FF1">
            <wp:extent cx="6342867" cy="38195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7804" cy="3822498"/>
                    </a:xfrm>
                    <a:prstGeom prst="rect">
                      <a:avLst/>
                    </a:prstGeom>
                  </pic:spPr>
                </pic:pic>
              </a:graphicData>
            </a:graphic>
          </wp:inline>
        </w:drawing>
      </w:r>
    </w:p>
    <w:p w:rsidR="000D59F8" w:rsidRDefault="000D59F8" w:rsidP="00A01F30">
      <w:pPr>
        <w:pStyle w:val="NormalWeb"/>
        <w:tabs>
          <w:tab w:val="left" w:pos="567"/>
        </w:tabs>
      </w:pPr>
    </w:p>
    <w:p w:rsidR="000A2FD6" w:rsidRDefault="000A2FD6" w:rsidP="00A01F30">
      <w:pPr>
        <w:tabs>
          <w:tab w:val="left" w:pos="567"/>
        </w:tabs>
      </w:pPr>
      <w:r>
        <w:rPr>
          <w:noProof/>
          <w:lang w:val="vi-VN" w:eastAsia="vi-VN"/>
        </w:rPr>
        <w:drawing>
          <wp:inline distT="0" distB="0" distL="0" distR="0" wp14:anchorId="51B55CE7" wp14:editId="35B9E748">
            <wp:extent cx="6362700" cy="3548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2700" cy="3548380"/>
                    </a:xfrm>
                    <a:prstGeom prst="rect">
                      <a:avLst/>
                    </a:prstGeom>
                  </pic:spPr>
                </pic:pic>
              </a:graphicData>
            </a:graphic>
          </wp:inline>
        </w:drawing>
      </w:r>
    </w:p>
    <w:p w:rsidR="000A2FD6" w:rsidRPr="00A01F30" w:rsidRDefault="000A2FD6" w:rsidP="00A01F30">
      <w:pPr>
        <w:pStyle w:val="Heading3"/>
        <w:tabs>
          <w:tab w:val="left" w:pos="567"/>
        </w:tabs>
        <w:rPr>
          <w:rFonts w:ascii="Segoe UI Symbol" w:hAnsi="Segoe UI Symbol" w:cs="Segoe UI Symbol"/>
          <w:sz w:val="30"/>
          <w:lang w:val="vi-VN"/>
        </w:rPr>
      </w:pPr>
      <w:r w:rsidRPr="00A01F30">
        <w:rPr>
          <w:rFonts w:ascii="Segoe UI Symbol" w:hAnsi="Segoe UI Symbol" w:cs="Segoe UI Symbol"/>
          <w:sz w:val="30"/>
          <w:lang w:val="vi-VN"/>
        </w:rPr>
        <w:t xml:space="preserve">🔍 </w:t>
      </w:r>
      <w:r w:rsidRPr="00A01F30">
        <w:rPr>
          <w:rFonts w:ascii="Segoe UI Symbol" w:hAnsi="Segoe UI Symbol" w:cs="Segoe UI Symbol"/>
          <w:b w:val="0"/>
          <w:bCs w:val="0"/>
          <w:sz w:val="30"/>
          <w:lang w:val="vi-VN"/>
        </w:rPr>
        <w:t>TRA C</w:t>
      </w:r>
      <w:r w:rsidRPr="00A01F30">
        <w:rPr>
          <w:rFonts w:ascii="Calibri" w:hAnsi="Calibri" w:cs="Calibri"/>
          <w:b w:val="0"/>
          <w:bCs w:val="0"/>
          <w:sz w:val="30"/>
          <w:lang w:val="vi-VN"/>
        </w:rPr>
        <w:t>Ứ</w:t>
      </w:r>
      <w:r w:rsidRPr="00A01F30">
        <w:rPr>
          <w:rFonts w:ascii="Segoe UI Symbol" w:hAnsi="Segoe UI Symbol" w:cs="Segoe UI Symbol"/>
          <w:b w:val="0"/>
          <w:bCs w:val="0"/>
          <w:sz w:val="30"/>
          <w:lang w:val="vi-VN"/>
        </w:rPr>
        <w:t xml:space="preserve">U – </w:t>
      </w:r>
      <w:r w:rsidRPr="00A01F30">
        <w:rPr>
          <w:rFonts w:ascii="Calibri" w:hAnsi="Calibri" w:cs="Calibri"/>
          <w:b w:val="0"/>
          <w:bCs w:val="0"/>
          <w:sz w:val="30"/>
          <w:lang w:val="vi-VN"/>
        </w:rPr>
        <w:t>ĐỌ</w:t>
      </w:r>
      <w:r w:rsidRPr="00A01F30">
        <w:rPr>
          <w:rFonts w:ascii="Segoe UI Symbol" w:hAnsi="Segoe UI Symbol" w:cs="Segoe UI Symbol"/>
          <w:b w:val="0"/>
          <w:bCs w:val="0"/>
          <w:sz w:val="30"/>
          <w:lang w:val="vi-VN"/>
        </w:rPr>
        <w:t>C – H</w:t>
      </w:r>
      <w:r w:rsidRPr="00A01F30">
        <w:rPr>
          <w:rFonts w:ascii="Calibri" w:hAnsi="Calibri" w:cs="Calibri"/>
          <w:b w:val="0"/>
          <w:bCs w:val="0"/>
          <w:sz w:val="30"/>
          <w:lang w:val="vi-VN"/>
        </w:rPr>
        <w:t>Ọ</w:t>
      </w:r>
      <w:r w:rsidRPr="00A01F30">
        <w:rPr>
          <w:rFonts w:ascii="Segoe UI Symbol" w:hAnsi="Segoe UI Symbol" w:cs="Segoe UI Symbol"/>
          <w:b w:val="0"/>
          <w:bCs w:val="0"/>
          <w:sz w:val="30"/>
          <w:lang w:val="vi-VN"/>
        </w:rPr>
        <w:t>C D</w:t>
      </w:r>
      <w:r w:rsidRPr="00A01F30">
        <w:rPr>
          <w:rFonts w:ascii="Calibri" w:hAnsi="Calibri" w:cs="Calibri"/>
          <w:b w:val="0"/>
          <w:bCs w:val="0"/>
          <w:sz w:val="30"/>
          <w:lang w:val="vi-VN"/>
        </w:rPr>
        <w:t>Ễ</w:t>
      </w:r>
      <w:r w:rsidRPr="00A01F30">
        <w:rPr>
          <w:rFonts w:ascii="Segoe UI Symbol" w:hAnsi="Segoe UI Symbol" w:cs="Segoe UI Symbol"/>
          <w:b w:val="0"/>
          <w:bCs w:val="0"/>
          <w:sz w:val="30"/>
          <w:lang w:val="vi-VN"/>
        </w:rPr>
        <w:t xml:space="preserve"> DÀNG M</w:t>
      </w:r>
      <w:r w:rsidRPr="00A01F30">
        <w:rPr>
          <w:rFonts w:ascii="Calibri" w:hAnsi="Calibri" w:cs="Calibri"/>
          <w:b w:val="0"/>
          <w:bCs w:val="0"/>
          <w:sz w:val="30"/>
          <w:lang w:val="vi-VN"/>
        </w:rPr>
        <w:t>Ọ</w:t>
      </w:r>
      <w:r w:rsidRPr="00A01F30">
        <w:rPr>
          <w:rFonts w:ascii="Segoe UI Symbol" w:hAnsi="Segoe UI Symbol" w:cs="Segoe UI Symbol"/>
          <w:b w:val="0"/>
          <w:bCs w:val="0"/>
          <w:sz w:val="30"/>
          <w:lang w:val="vi-VN"/>
        </w:rPr>
        <w:t>I LÚC, M</w:t>
      </w:r>
      <w:r w:rsidRPr="00A01F30">
        <w:rPr>
          <w:rFonts w:ascii="Calibri" w:hAnsi="Calibri" w:cs="Calibri"/>
          <w:b w:val="0"/>
          <w:bCs w:val="0"/>
          <w:sz w:val="30"/>
          <w:lang w:val="vi-VN"/>
        </w:rPr>
        <w:t>Ọ</w:t>
      </w:r>
      <w:r w:rsidRPr="00A01F30">
        <w:rPr>
          <w:rFonts w:ascii="Segoe UI Symbol" w:hAnsi="Segoe UI Symbol" w:cs="Segoe UI Symbol"/>
          <w:b w:val="0"/>
          <w:bCs w:val="0"/>
          <w:sz w:val="30"/>
          <w:lang w:val="vi-VN"/>
        </w:rPr>
        <w:t>I N</w:t>
      </w:r>
      <w:r w:rsidRPr="00A01F30">
        <w:rPr>
          <w:rFonts w:ascii="Calibri" w:hAnsi="Calibri" w:cs="Calibri"/>
          <w:b w:val="0"/>
          <w:bCs w:val="0"/>
          <w:sz w:val="30"/>
          <w:lang w:val="vi-VN"/>
        </w:rPr>
        <w:t>Ơ</w:t>
      </w:r>
      <w:r w:rsidRPr="00A01F30">
        <w:rPr>
          <w:rFonts w:ascii="Segoe UI Symbol" w:hAnsi="Segoe UI Symbol" w:cs="Segoe UI Symbol"/>
          <w:b w:val="0"/>
          <w:bCs w:val="0"/>
          <w:sz w:val="30"/>
          <w:lang w:val="vi-VN"/>
        </w:rPr>
        <w:t>I</w:t>
      </w:r>
    </w:p>
    <w:p w:rsidR="000A2FD6" w:rsidRPr="007C2D2D" w:rsidRDefault="000A2FD6" w:rsidP="007C2D2D">
      <w:pPr>
        <w:pStyle w:val="NormalWeb"/>
        <w:tabs>
          <w:tab w:val="left" w:pos="567"/>
        </w:tabs>
        <w:spacing w:line="360" w:lineRule="auto"/>
        <w:jc w:val="both"/>
        <w:rPr>
          <w:sz w:val="28"/>
        </w:rPr>
      </w:pPr>
      <w:r w:rsidRPr="007C2D2D">
        <w:rPr>
          <w:sz w:val="28"/>
        </w:rPr>
        <w:t>Chỉ với một chiếc máy tính hoặc điện thoại có kết nối Internet, học sinh có thể:</w:t>
      </w:r>
    </w:p>
    <w:p w:rsidR="000A2FD6" w:rsidRPr="007C2D2D" w:rsidRDefault="000A2FD6" w:rsidP="007C2D2D">
      <w:pPr>
        <w:pStyle w:val="NormalWeb"/>
        <w:numPr>
          <w:ilvl w:val="0"/>
          <w:numId w:val="12"/>
        </w:numPr>
        <w:tabs>
          <w:tab w:val="left" w:pos="567"/>
        </w:tabs>
        <w:spacing w:line="360" w:lineRule="auto"/>
        <w:jc w:val="both"/>
        <w:rPr>
          <w:sz w:val="28"/>
        </w:rPr>
      </w:pPr>
      <w:r w:rsidRPr="007C2D2D">
        <w:rPr>
          <w:sz w:val="28"/>
        </w:rPr>
        <w:t>Tìm kiếm tài liệu theo từ khóa, tên sách, tác giả.</w:t>
      </w:r>
    </w:p>
    <w:p w:rsidR="000A2FD6" w:rsidRPr="007C2D2D" w:rsidRDefault="000A2FD6" w:rsidP="007C2D2D">
      <w:pPr>
        <w:pStyle w:val="NormalWeb"/>
        <w:numPr>
          <w:ilvl w:val="0"/>
          <w:numId w:val="12"/>
        </w:numPr>
        <w:tabs>
          <w:tab w:val="left" w:pos="567"/>
        </w:tabs>
        <w:spacing w:line="360" w:lineRule="auto"/>
        <w:jc w:val="both"/>
        <w:rPr>
          <w:sz w:val="28"/>
        </w:rPr>
      </w:pPr>
      <w:r w:rsidRPr="007C2D2D">
        <w:rPr>
          <w:sz w:val="28"/>
        </w:rPr>
        <w:t>Truy cập sách giáo khoa điện tử, đề ôn luyện, video bài giảng.</w:t>
      </w:r>
    </w:p>
    <w:p w:rsidR="000A2FD6" w:rsidRPr="007C2D2D" w:rsidRDefault="000A2FD6" w:rsidP="007C2D2D">
      <w:pPr>
        <w:pStyle w:val="NormalWeb"/>
        <w:numPr>
          <w:ilvl w:val="0"/>
          <w:numId w:val="12"/>
        </w:numPr>
        <w:tabs>
          <w:tab w:val="left" w:pos="567"/>
        </w:tabs>
        <w:spacing w:line="360" w:lineRule="auto"/>
        <w:jc w:val="both"/>
        <w:rPr>
          <w:sz w:val="28"/>
        </w:rPr>
      </w:pPr>
      <w:r w:rsidRPr="007C2D2D">
        <w:rPr>
          <w:sz w:val="28"/>
        </w:rPr>
        <w:t>Tham gia đọc sách online và chia sẻ cảm nhận qua các hoạt động tương tác.</w:t>
      </w:r>
    </w:p>
    <w:p w:rsidR="000A2FD6" w:rsidRPr="007C2D2D" w:rsidRDefault="000A2FD6" w:rsidP="007C2D2D">
      <w:pPr>
        <w:pStyle w:val="NormalWeb"/>
        <w:numPr>
          <w:ilvl w:val="0"/>
          <w:numId w:val="12"/>
        </w:numPr>
        <w:tabs>
          <w:tab w:val="left" w:pos="567"/>
        </w:tabs>
        <w:spacing w:line="360" w:lineRule="auto"/>
        <w:jc w:val="both"/>
        <w:rPr>
          <w:sz w:val="28"/>
        </w:rPr>
      </w:pPr>
      <w:r w:rsidRPr="007C2D2D">
        <w:rPr>
          <w:sz w:val="28"/>
        </w:rPr>
        <w:t>Tích hợp tài khoản để lưu lại lịch sử đọc, tài liệu yêu thích, và đánh giá sách.</w:t>
      </w:r>
    </w:p>
    <w:p w:rsidR="000A2FD6" w:rsidRPr="00A01F30" w:rsidRDefault="000A2FD6" w:rsidP="00A01F30">
      <w:pPr>
        <w:pStyle w:val="Heading3"/>
        <w:tabs>
          <w:tab w:val="left" w:pos="567"/>
        </w:tabs>
        <w:rPr>
          <w:rFonts w:ascii="Segoe UI Symbol" w:hAnsi="Segoe UI Symbol" w:cs="Segoe UI Symbol"/>
          <w:sz w:val="30"/>
          <w:lang w:val="vi-VN"/>
        </w:rPr>
      </w:pPr>
      <w:r w:rsidRPr="00A01F30">
        <w:rPr>
          <w:rFonts w:ascii="Segoe UI Symbol" w:hAnsi="Segoe UI Symbol" w:cs="Segoe UI Symbol"/>
          <w:sz w:val="30"/>
          <w:lang w:val="vi-VN"/>
        </w:rPr>
        <w:t xml:space="preserve">🎉 </w:t>
      </w:r>
      <w:r w:rsidRPr="00A01F30">
        <w:rPr>
          <w:rFonts w:ascii="Segoe UI Symbol" w:hAnsi="Segoe UI Symbol" w:cs="Segoe UI Symbol"/>
          <w:b w:val="0"/>
          <w:bCs w:val="0"/>
          <w:sz w:val="30"/>
          <w:lang w:val="vi-VN"/>
        </w:rPr>
        <w:t>TH</w:t>
      </w:r>
      <w:r w:rsidRPr="00A01F30">
        <w:rPr>
          <w:rFonts w:ascii="Calibri" w:hAnsi="Calibri" w:cs="Calibri"/>
          <w:b w:val="0"/>
          <w:bCs w:val="0"/>
          <w:sz w:val="30"/>
          <w:lang w:val="vi-VN"/>
        </w:rPr>
        <w:t>Ư</w:t>
      </w:r>
      <w:r w:rsidRPr="00A01F30">
        <w:rPr>
          <w:rFonts w:ascii="Segoe UI Symbol" w:hAnsi="Segoe UI Symbol" w:cs="Segoe UI Symbol"/>
          <w:b w:val="0"/>
          <w:bCs w:val="0"/>
          <w:sz w:val="30"/>
          <w:lang w:val="vi-VN"/>
        </w:rPr>
        <w:t xml:space="preserve"> VI</w:t>
      </w:r>
      <w:r w:rsidRPr="00A01F30">
        <w:rPr>
          <w:rFonts w:ascii="Calibri" w:hAnsi="Calibri" w:cs="Calibri"/>
          <w:b w:val="0"/>
          <w:bCs w:val="0"/>
          <w:sz w:val="30"/>
          <w:lang w:val="vi-VN"/>
        </w:rPr>
        <w:t>Ệ</w:t>
      </w:r>
      <w:r w:rsidRPr="00A01F30">
        <w:rPr>
          <w:rFonts w:ascii="Segoe UI Symbol" w:hAnsi="Segoe UI Symbol" w:cs="Segoe UI Symbol"/>
          <w:b w:val="0"/>
          <w:bCs w:val="0"/>
          <w:sz w:val="30"/>
          <w:lang w:val="vi-VN"/>
        </w:rPr>
        <w:t xml:space="preserve">N – </w:t>
      </w:r>
      <w:r w:rsidRPr="00A01F30">
        <w:rPr>
          <w:rFonts w:ascii="Calibri" w:hAnsi="Calibri" w:cs="Calibri"/>
          <w:b w:val="0"/>
          <w:bCs w:val="0"/>
          <w:sz w:val="30"/>
          <w:lang w:val="vi-VN"/>
        </w:rPr>
        <w:t>Đ</w:t>
      </w:r>
      <w:r w:rsidRPr="00A01F30">
        <w:rPr>
          <w:rFonts w:ascii="Segoe UI Symbol" w:hAnsi="Segoe UI Symbol" w:cs="Segoe UI Symbol"/>
          <w:b w:val="0"/>
          <w:bCs w:val="0"/>
          <w:sz w:val="30"/>
          <w:lang w:val="vi-VN"/>
        </w:rPr>
        <w:t>I</w:t>
      </w:r>
      <w:r w:rsidRPr="00A01F30">
        <w:rPr>
          <w:rFonts w:ascii="Calibri" w:hAnsi="Calibri" w:cs="Calibri"/>
          <w:b w:val="0"/>
          <w:bCs w:val="0"/>
          <w:sz w:val="30"/>
          <w:lang w:val="vi-VN"/>
        </w:rPr>
        <w:t>Ể</w:t>
      </w:r>
      <w:r w:rsidRPr="00A01F30">
        <w:rPr>
          <w:rFonts w:ascii="Segoe UI Symbol" w:hAnsi="Segoe UI Symbol" w:cs="Segoe UI Symbol"/>
          <w:b w:val="0"/>
          <w:bCs w:val="0"/>
          <w:sz w:val="30"/>
          <w:lang w:val="vi-VN"/>
        </w:rPr>
        <w:t xml:space="preserve">M </w:t>
      </w:r>
      <w:r w:rsidRPr="00A01F30">
        <w:rPr>
          <w:rFonts w:ascii="Calibri" w:hAnsi="Calibri" w:cs="Calibri"/>
          <w:b w:val="0"/>
          <w:bCs w:val="0"/>
          <w:sz w:val="30"/>
          <w:lang w:val="vi-VN"/>
        </w:rPr>
        <w:t>ĐẾ</w:t>
      </w:r>
      <w:r w:rsidRPr="00A01F30">
        <w:rPr>
          <w:rFonts w:ascii="Segoe UI Symbol" w:hAnsi="Segoe UI Symbol" w:cs="Segoe UI Symbol"/>
          <w:b w:val="0"/>
          <w:bCs w:val="0"/>
          <w:sz w:val="30"/>
          <w:lang w:val="vi-VN"/>
        </w:rPr>
        <w:t>N KH</w:t>
      </w:r>
      <w:r w:rsidRPr="00A01F30">
        <w:rPr>
          <w:rFonts w:ascii="Calibri" w:hAnsi="Calibri" w:cs="Calibri"/>
          <w:b w:val="0"/>
          <w:bCs w:val="0"/>
          <w:sz w:val="30"/>
          <w:lang w:val="vi-VN"/>
        </w:rPr>
        <w:t>Ơ</w:t>
      </w:r>
      <w:r w:rsidRPr="00A01F30">
        <w:rPr>
          <w:rFonts w:ascii="Segoe UI Symbol" w:hAnsi="Segoe UI Symbol" w:cs="Segoe UI Symbol"/>
          <w:b w:val="0"/>
          <w:bCs w:val="0"/>
          <w:sz w:val="30"/>
          <w:lang w:val="vi-VN"/>
        </w:rPr>
        <w:t>I NGU</w:t>
      </w:r>
      <w:r w:rsidRPr="00A01F30">
        <w:rPr>
          <w:rFonts w:ascii="Calibri" w:hAnsi="Calibri" w:cs="Calibri"/>
          <w:b w:val="0"/>
          <w:bCs w:val="0"/>
          <w:sz w:val="30"/>
          <w:lang w:val="vi-VN"/>
        </w:rPr>
        <w:t>Ồ</w:t>
      </w:r>
      <w:r w:rsidRPr="00A01F30">
        <w:rPr>
          <w:rFonts w:ascii="Segoe UI Symbol" w:hAnsi="Segoe UI Symbol" w:cs="Segoe UI Symbol"/>
          <w:b w:val="0"/>
          <w:bCs w:val="0"/>
          <w:sz w:val="30"/>
          <w:lang w:val="vi-VN"/>
        </w:rPr>
        <w:t>N C</w:t>
      </w:r>
      <w:r w:rsidRPr="00A01F30">
        <w:rPr>
          <w:rFonts w:ascii="Calibri" w:hAnsi="Calibri" w:cs="Calibri"/>
          <w:b w:val="0"/>
          <w:bCs w:val="0"/>
          <w:sz w:val="30"/>
          <w:lang w:val="vi-VN"/>
        </w:rPr>
        <w:t>Ả</w:t>
      </w:r>
      <w:r w:rsidRPr="00A01F30">
        <w:rPr>
          <w:rFonts w:ascii="Segoe UI Symbol" w:hAnsi="Segoe UI Symbol" w:cs="Segoe UI Symbol"/>
          <w:b w:val="0"/>
          <w:bCs w:val="0"/>
          <w:sz w:val="30"/>
          <w:lang w:val="vi-VN"/>
        </w:rPr>
        <w:t>M H</w:t>
      </w:r>
      <w:r w:rsidRPr="00A01F30">
        <w:rPr>
          <w:rFonts w:ascii="Calibri" w:hAnsi="Calibri" w:cs="Calibri"/>
          <w:b w:val="0"/>
          <w:bCs w:val="0"/>
          <w:sz w:val="30"/>
          <w:lang w:val="vi-VN"/>
        </w:rPr>
        <w:t>Ứ</w:t>
      </w:r>
      <w:r w:rsidRPr="00A01F30">
        <w:rPr>
          <w:rFonts w:ascii="Segoe UI Symbol" w:hAnsi="Segoe UI Symbol" w:cs="Segoe UI Symbol"/>
          <w:b w:val="0"/>
          <w:bCs w:val="0"/>
          <w:sz w:val="30"/>
          <w:lang w:val="vi-VN"/>
        </w:rPr>
        <w:t>NG H</w:t>
      </w:r>
      <w:r w:rsidRPr="00A01F30">
        <w:rPr>
          <w:rFonts w:ascii="Calibri" w:hAnsi="Calibri" w:cs="Calibri"/>
          <w:b w:val="0"/>
          <w:bCs w:val="0"/>
          <w:sz w:val="30"/>
          <w:lang w:val="vi-VN"/>
        </w:rPr>
        <w:t>Ọ</w:t>
      </w:r>
      <w:r w:rsidRPr="00A01F30">
        <w:rPr>
          <w:rFonts w:ascii="Segoe UI Symbol" w:hAnsi="Segoe UI Symbol" w:cs="Segoe UI Symbol"/>
          <w:b w:val="0"/>
          <w:bCs w:val="0"/>
          <w:sz w:val="30"/>
          <w:lang w:val="vi-VN"/>
        </w:rPr>
        <w:t>C T</w:t>
      </w:r>
      <w:r w:rsidRPr="00A01F30">
        <w:rPr>
          <w:rFonts w:ascii="Calibri" w:hAnsi="Calibri" w:cs="Calibri"/>
          <w:b w:val="0"/>
          <w:bCs w:val="0"/>
          <w:sz w:val="30"/>
          <w:lang w:val="vi-VN"/>
        </w:rPr>
        <w:t>Ậ</w:t>
      </w:r>
      <w:r w:rsidRPr="00A01F30">
        <w:rPr>
          <w:rFonts w:ascii="Segoe UI Symbol" w:hAnsi="Segoe UI Symbol" w:cs="Segoe UI Symbol"/>
          <w:b w:val="0"/>
          <w:bCs w:val="0"/>
          <w:sz w:val="30"/>
          <w:lang w:val="vi-VN"/>
        </w:rPr>
        <w:t>P</w:t>
      </w:r>
    </w:p>
    <w:p w:rsidR="000A2FD6" w:rsidRDefault="000A2FD6" w:rsidP="007C2D2D">
      <w:pPr>
        <w:pStyle w:val="NormalWeb"/>
        <w:tabs>
          <w:tab w:val="left" w:pos="567"/>
        </w:tabs>
        <w:spacing w:line="360" w:lineRule="auto"/>
        <w:jc w:val="both"/>
        <w:rPr>
          <w:sz w:val="28"/>
        </w:rPr>
      </w:pPr>
      <w:r w:rsidRPr="007C2D2D">
        <w:rPr>
          <w:sz w:val="28"/>
        </w:rPr>
        <w:t xml:space="preserve">Thư viện điện tử không chỉ là kho sách, mà còn là </w:t>
      </w:r>
      <w:r w:rsidRPr="007C2D2D">
        <w:rPr>
          <w:rStyle w:val="Strong"/>
          <w:sz w:val="28"/>
        </w:rPr>
        <w:t>không gian trải nghiệm tri thức số</w:t>
      </w:r>
      <w:r w:rsidRPr="007C2D2D">
        <w:rPr>
          <w:sz w:val="28"/>
        </w:rPr>
        <w:t xml:space="preserve"> cho các hoạt động giáo dục như:</w:t>
      </w:r>
    </w:p>
    <w:p w:rsidR="000D59F8" w:rsidRDefault="000D59F8" w:rsidP="007C2D2D">
      <w:pPr>
        <w:pStyle w:val="NormalWeb"/>
        <w:tabs>
          <w:tab w:val="left" w:pos="567"/>
        </w:tabs>
        <w:spacing w:line="360" w:lineRule="auto"/>
        <w:jc w:val="both"/>
        <w:rPr>
          <w:sz w:val="28"/>
        </w:rPr>
      </w:pPr>
    </w:p>
    <w:p w:rsidR="000D59F8" w:rsidRPr="000D59F8" w:rsidRDefault="000D59F8" w:rsidP="007C2D2D">
      <w:pPr>
        <w:pStyle w:val="NormalWeb"/>
        <w:tabs>
          <w:tab w:val="left" w:pos="567"/>
        </w:tabs>
        <w:spacing w:line="360" w:lineRule="auto"/>
        <w:jc w:val="both"/>
        <w:rPr>
          <w:sz w:val="14"/>
        </w:rPr>
      </w:pPr>
    </w:p>
    <w:p w:rsidR="000A2FD6" w:rsidRPr="007C2D2D" w:rsidRDefault="000A2FD6" w:rsidP="007C2D2D">
      <w:pPr>
        <w:pStyle w:val="NormalWeb"/>
        <w:numPr>
          <w:ilvl w:val="0"/>
          <w:numId w:val="13"/>
        </w:numPr>
        <w:tabs>
          <w:tab w:val="left" w:pos="567"/>
        </w:tabs>
        <w:spacing w:line="360" w:lineRule="auto"/>
        <w:jc w:val="both"/>
        <w:rPr>
          <w:sz w:val="28"/>
        </w:rPr>
      </w:pPr>
      <w:r w:rsidRPr="007C2D2D">
        <w:rPr>
          <w:rStyle w:val="Strong"/>
          <w:sz w:val="28"/>
        </w:rPr>
        <w:t>Ngày hội đọc sách trực tuyến</w:t>
      </w:r>
      <w:r w:rsidRPr="007C2D2D">
        <w:rPr>
          <w:sz w:val="28"/>
        </w:rPr>
        <w:t>;</w:t>
      </w:r>
    </w:p>
    <w:p w:rsidR="000A2FD6" w:rsidRPr="007C2D2D" w:rsidRDefault="000A2FD6" w:rsidP="007C2D2D">
      <w:pPr>
        <w:pStyle w:val="NormalWeb"/>
        <w:numPr>
          <w:ilvl w:val="0"/>
          <w:numId w:val="13"/>
        </w:numPr>
        <w:tabs>
          <w:tab w:val="left" w:pos="567"/>
        </w:tabs>
        <w:spacing w:line="360" w:lineRule="auto"/>
        <w:jc w:val="both"/>
        <w:rPr>
          <w:sz w:val="28"/>
        </w:rPr>
      </w:pPr>
      <w:r w:rsidRPr="007C2D2D">
        <w:rPr>
          <w:rStyle w:val="Strong"/>
          <w:sz w:val="28"/>
        </w:rPr>
        <w:t>Thi kể chuyện, giới thiệu sách bằng video</w:t>
      </w:r>
      <w:r w:rsidRPr="007C2D2D">
        <w:rPr>
          <w:sz w:val="28"/>
        </w:rPr>
        <w:t>;</w:t>
      </w:r>
    </w:p>
    <w:p w:rsidR="000A2FD6" w:rsidRPr="007C2D2D" w:rsidRDefault="000A2FD6" w:rsidP="007C2D2D">
      <w:pPr>
        <w:pStyle w:val="NormalWeb"/>
        <w:numPr>
          <w:ilvl w:val="0"/>
          <w:numId w:val="13"/>
        </w:numPr>
        <w:tabs>
          <w:tab w:val="left" w:pos="567"/>
        </w:tabs>
        <w:spacing w:line="360" w:lineRule="auto"/>
        <w:jc w:val="both"/>
        <w:rPr>
          <w:sz w:val="28"/>
        </w:rPr>
      </w:pPr>
      <w:r w:rsidRPr="007C2D2D">
        <w:rPr>
          <w:rStyle w:val="Strong"/>
          <w:sz w:val="28"/>
        </w:rPr>
        <w:t>Diễn đàn bạn đọc học sinh chia sẻ cảm nhận, bài học từ sách</w:t>
      </w:r>
      <w:r w:rsidRPr="007C2D2D">
        <w:rPr>
          <w:sz w:val="28"/>
        </w:rPr>
        <w:t>;</w:t>
      </w:r>
    </w:p>
    <w:p w:rsidR="000A2FD6" w:rsidRDefault="000A2FD6" w:rsidP="007C2D2D">
      <w:pPr>
        <w:pStyle w:val="NormalWeb"/>
        <w:numPr>
          <w:ilvl w:val="0"/>
          <w:numId w:val="13"/>
        </w:numPr>
        <w:tabs>
          <w:tab w:val="left" w:pos="567"/>
        </w:tabs>
        <w:spacing w:line="360" w:lineRule="auto"/>
        <w:jc w:val="both"/>
        <w:rPr>
          <w:sz w:val="28"/>
        </w:rPr>
      </w:pPr>
      <w:r w:rsidRPr="007C2D2D">
        <w:rPr>
          <w:rStyle w:val="Strong"/>
          <w:sz w:val="28"/>
        </w:rPr>
        <w:t>Triển lãm chuyên đề trên không gian mạng</w:t>
      </w:r>
      <w:r w:rsidRPr="007C2D2D">
        <w:rPr>
          <w:sz w:val="28"/>
        </w:rPr>
        <w:t>.</w:t>
      </w:r>
    </w:p>
    <w:p w:rsidR="00321275" w:rsidRDefault="006C2F84" w:rsidP="00321275">
      <w:pPr>
        <w:pStyle w:val="NormalWeb"/>
        <w:tabs>
          <w:tab w:val="left" w:pos="567"/>
        </w:tabs>
        <w:spacing w:line="360" w:lineRule="auto"/>
        <w:jc w:val="both"/>
        <w:rPr>
          <w:rStyle w:val="Strong"/>
          <w:color w:val="0070C0"/>
          <w:sz w:val="28"/>
        </w:rPr>
      </w:pPr>
      <w:r w:rsidRPr="006C2F84">
        <w:rPr>
          <w:rStyle w:val="Strong"/>
          <w:color w:val="0070C0"/>
          <w:sz w:val="28"/>
        </w:rPr>
        <w:t xml:space="preserve">Thư viện luôn sẵn sàng đồng hành cùng bạn. </w:t>
      </w:r>
    </w:p>
    <w:p w:rsidR="006C2F84" w:rsidRPr="006C2F84" w:rsidRDefault="006C2F84" w:rsidP="00321275">
      <w:pPr>
        <w:pStyle w:val="NormalWeb"/>
        <w:tabs>
          <w:tab w:val="left" w:pos="567"/>
        </w:tabs>
        <w:spacing w:line="360" w:lineRule="auto"/>
        <w:jc w:val="both"/>
        <w:rPr>
          <w:rStyle w:val="Strong"/>
          <w:color w:val="0070C0"/>
          <w:sz w:val="28"/>
        </w:rPr>
      </w:pPr>
      <w:r w:rsidRPr="006C2F84">
        <w:rPr>
          <w:rStyle w:val="Strong"/>
          <w:color w:val="0070C0"/>
          <w:sz w:val="28"/>
        </w:rPr>
        <w:t>Đọc sách không chỉ để</w:t>
      </w:r>
      <w:r>
        <w:rPr>
          <w:rStyle w:val="Strong"/>
          <w:color w:val="0070C0"/>
          <w:sz w:val="28"/>
        </w:rPr>
        <w:t xml:space="preserve"> học mà còn là để trưởng thành- thấu hiểu-</w:t>
      </w:r>
      <w:r w:rsidRPr="006C2F84">
        <w:rPr>
          <w:rStyle w:val="Strong"/>
          <w:color w:val="0070C0"/>
          <w:sz w:val="28"/>
        </w:rPr>
        <w:t xml:space="preserve"> yêu thương!</w:t>
      </w:r>
    </w:p>
    <w:p w:rsidR="000A2FD6" w:rsidRDefault="000A2FD6" w:rsidP="007C2D2D">
      <w:pPr>
        <w:pStyle w:val="NormalWeb"/>
        <w:tabs>
          <w:tab w:val="left" w:pos="567"/>
        </w:tabs>
        <w:spacing w:line="360" w:lineRule="auto"/>
        <w:jc w:val="both"/>
        <w:rPr>
          <w:rStyle w:val="Strong"/>
          <w:sz w:val="28"/>
        </w:rPr>
      </w:pPr>
      <w:r w:rsidRPr="007C2D2D">
        <w:rPr>
          <w:rStyle w:val="Strong"/>
          <w:sz w:val="28"/>
        </w:rPr>
        <w:t>Hãy truy cập Thư viện điện tử trường THCS Vũ Kiệt ngay hôm nay để cùng sách bước vào kỷ nguyên vươn mình của dân tộc!</w:t>
      </w:r>
    </w:p>
    <w:p w:rsidR="000A2FD6" w:rsidRPr="00220003" w:rsidRDefault="000A2FD6" w:rsidP="00A01F30">
      <w:pPr>
        <w:pStyle w:val="NormalWeb"/>
        <w:tabs>
          <w:tab w:val="left" w:pos="567"/>
        </w:tabs>
        <w:jc w:val="center"/>
        <w:rPr>
          <w:color w:val="0070C0"/>
          <w:sz w:val="52"/>
          <w:szCs w:val="52"/>
        </w:rPr>
      </w:pPr>
      <w:r w:rsidRPr="00220003">
        <w:rPr>
          <w:rFonts w:ascii="Segoe UI Symbol" w:hAnsi="Segoe UI Symbol" w:cs="Segoe UI Symbol"/>
          <w:color w:val="0070C0"/>
          <w:sz w:val="52"/>
          <w:szCs w:val="52"/>
        </w:rPr>
        <w:t>🔗</w:t>
      </w:r>
      <w:r w:rsidRPr="00220003">
        <w:rPr>
          <w:color w:val="0070C0"/>
          <w:sz w:val="52"/>
          <w:szCs w:val="52"/>
        </w:rPr>
        <w:t xml:space="preserve"> </w:t>
      </w:r>
      <w:r w:rsidRPr="00220003">
        <w:rPr>
          <w:rStyle w:val="Strong"/>
          <w:color w:val="0070C0"/>
          <w:sz w:val="52"/>
          <w:szCs w:val="52"/>
        </w:rPr>
        <w:t>Website thư viện:</w:t>
      </w:r>
      <w:r w:rsidRPr="00220003">
        <w:rPr>
          <w:color w:val="0070C0"/>
          <w:sz w:val="52"/>
          <w:szCs w:val="52"/>
        </w:rPr>
        <w:t xml:space="preserve"> http://tvthcsvukietthuanthanh.lcp.vn:88</w:t>
      </w:r>
    </w:p>
    <w:p w:rsidR="00B02C38" w:rsidRDefault="00321275" w:rsidP="00321275">
      <w:pPr>
        <w:tabs>
          <w:tab w:val="left" w:pos="567"/>
        </w:tabs>
        <w:ind w:left="720"/>
        <w:rPr>
          <w:sz w:val="32"/>
        </w:rPr>
      </w:pPr>
      <w:r>
        <w:rPr>
          <w:noProof/>
          <w:lang w:val="vi-VN" w:eastAsia="vi-VN"/>
        </w:rPr>
        <w:drawing>
          <wp:anchor distT="0" distB="0" distL="114300" distR="114300" simplePos="0" relativeHeight="251658240" behindDoc="0" locked="0" layoutInCell="1" allowOverlap="1">
            <wp:simplePos x="0" y="0"/>
            <wp:positionH relativeFrom="column">
              <wp:posOffset>118745</wp:posOffset>
            </wp:positionH>
            <wp:positionV relativeFrom="paragraph">
              <wp:posOffset>117475</wp:posOffset>
            </wp:positionV>
            <wp:extent cx="2514600" cy="2305050"/>
            <wp:effectExtent l="133350" t="114300" r="152400" b="152400"/>
            <wp:wrapSquare wrapText="bothSides"/>
            <wp:docPr id="10" name="Picture 10" descr="http://tvthcsvukietthuanthanh.lcp.vn: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vthcsvukietthuanthanh.lcp.vn: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30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21275" w:rsidRDefault="00321275" w:rsidP="00321275">
      <w:pPr>
        <w:tabs>
          <w:tab w:val="left" w:pos="567"/>
        </w:tabs>
        <w:ind w:left="720"/>
        <w:rPr>
          <w:sz w:val="32"/>
        </w:rPr>
      </w:pPr>
      <w:r w:rsidRPr="00321275">
        <w:rPr>
          <w:sz w:val="32"/>
        </w:rPr>
        <w:t>Mã QR thư viện.</w:t>
      </w:r>
    </w:p>
    <w:p w:rsidR="00321275" w:rsidRPr="00321275" w:rsidRDefault="00321275" w:rsidP="00321275">
      <w:pPr>
        <w:tabs>
          <w:tab w:val="left" w:pos="567"/>
        </w:tabs>
        <w:ind w:left="720"/>
        <w:rPr>
          <w:rFonts w:ascii="Times New Roman" w:hAnsi="Times New Roman" w:cs="Times New Roman"/>
          <w:i/>
          <w:sz w:val="34"/>
          <w:szCs w:val="24"/>
        </w:rPr>
      </w:pPr>
    </w:p>
    <w:p w:rsidR="006C2F84" w:rsidRPr="00CC2877" w:rsidRDefault="006C2F84" w:rsidP="00321275">
      <w:pPr>
        <w:tabs>
          <w:tab w:val="left" w:pos="567"/>
        </w:tabs>
        <w:ind w:left="720"/>
        <w:rPr>
          <w:rFonts w:ascii="Times New Roman" w:hAnsi="Times New Roman" w:cs="Times New Roman"/>
          <w:i/>
          <w:sz w:val="24"/>
          <w:szCs w:val="24"/>
          <w:lang w:val="vi-VN"/>
        </w:rPr>
      </w:pPr>
      <w:r w:rsidRPr="00CC2877">
        <w:rPr>
          <w:rFonts w:ascii="Times New Roman" w:hAnsi="Times New Roman" w:cs="Times New Roman"/>
          <w:i/>
          <w:sz w:val="24"/>
          <w:szCs w:val="24"/>
          <w:lang w:val="vi-VN"/>
        </w:rPr>
        <w:t>Mọi thắc mắc và ý kiến đóng góp xin vui lòng liên hệ:</w:t>
      </w:r>
    </w:p>
    <w:p w:rsidR="006C2F84" w:rsidRPr="00CC2877" w:rsidRDefault="006C2F84" w:rsidP="006C2F84">
      <w:pPr>
        <w:tabs>
          <w:tab w:val="left" w:pos="567"/>
        </w:tabs>
        <w:rPr>
          <w:rFonts w:ascii="Times New Roman" w:hAnsi="Times New Roman" w:cs="Times New Roman"/>
          <w:i/>
          <w:sz w:val="24"/>
          <w:szCs w:val="24"/>
          <w:lang w:val="vi-VN"/>
        </w:rPr>
      </w:pPr>
      <w:r w:rsidRPr="00CC2877">
        <w:rPr>
          <w:rFonts w:ascii="Times New Roman" w:hAnsi="Times New Roman" w:cs="Times New Roman"/>
          <w:i/>
          <w:sz w:val="24"/>
          <w:szCs w:val="24"/>
          <w:lang w:val="vi-VN"/>
        </w:rPr>
        <w:t>Cô Nguyễn Trà My- CBTV- Trường THCS VŨ KIỆT.</w:t>
      </w:r>
    </w:p>
    <w:p w:rsidR="006C2F84" w:rsidRPr="00CC2877" w:rsidRDefault="006C2F84" w:rsidP="006C2F84">
      <w:pPr>
        <w:tabs>
          <w:tab w:val="left" w:pos="567"/>
        </w:tabs>
        <w:rPr>
          <w:rFonts w:ascii="Times New Roman" w:hAnsi="Times New Roman" w:cs="Times New Roman"/>
          <w:i/>
          <w:sz w:val="24"/>
          <w:szCs w:val="24"/>
          <w:lang w:val="vi-VN"/>
        </w:rPr>
      </w:pPr>
      <w:r w:rsidRPr="00CC2877">
        <w:rPr>
          <w:rFonts w:ascii="Times New Roman" w:hAnsi="Times New Roman" w:cs="Times New Roman"/>
          <w:i/>
          <w:sz w:val="24"/>
          <w:szCs w:val="24"/>
          <w:lang w:val="vi-VN"/>
        </w:rPr>
        <w:t>SĐT: (0973877729)</w:t>
      </w:r>
    </w:p>
    <w:p w:rsidR="00503F8C" w:rsidRPr="006C2F84" w:rsidRDefault="00503F8C" w:rsidP="00A01F30">
      <w:pPr>
        <w:tabs>
          <w:tab w:val="left" w:pos="567"/>
        </w:tabs>
        <w:rPr>
          <w:lang w:val="vi-VN"/>
        </w:rPr>
      </w:pPr>
    </w:p>
    <w:sectPr w:rsidR="00503F8C" w:rsidRPr="006C2F84" w:rsidSect="007C2D2D">
      <w:headerReference w:type="default" r:id="rId17"/>
      <w:pgSz w:w="12240" w:h="15840"/>
      <w:pgMar w:top="1134" w:right="1041" w:bottom="993"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8F1" w:rsidRDefault="006018F1" w:rsidP="00CC2877">
      <w:pPr>
        <w:spacing w:after="0" w:line="240" w:lineRule="auto"/>
      </w:pPr>
      <w:r>
        <w:separator/>
      </w:r>
    </w:p>
  </w:endnote>
  <w:endnote w:type="continuationSeparator" w:id="0">
    <w:p w:rsidR="006018F1" w:rsidRDefault="006018F1" w:rsidP="00CC2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E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3"/>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8F1" w:rsidRDefault="006018F1" w:rsidP="00CC2877">
      <w:pPr>
        <w:spacing w:after="0" w:line="240" w:lineRule="auto"/>
      </w:pPr>
      <w:r>
        <w:separator/>
      </w:r>
    </w:p>
  </w:footnote>
  <w:footnote w:type="continuationSeparator" w:id="0">
    <w:p w:rsidR="006018F1" w:rsidRDefault="006018F1" w:rsidP="00CC2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37D" w:rsidRPr="0012737D" w:rsidRDefault="0012737D" w:rsidP="0012737D">
    <w:pPr>
      <w:pStyle w:val="Heading4"/>
      <w:tabs>
        <w:tab w:val="left" w:pos="567"/>
      </w:tabs>
      <w:jc w:val="center"/>
      <w:rPr>
        <w:rFonts w:asciiTheme="minorHAnsi" w:hAnsiTheme="minorHAnsi"/>
        <w:color w:val="00B050"/>
        <w:sz w:val="32"/>
        <w:szCs w:val="32"/>
        <w:u w:val="double"/>
        <w:lang w:val="vi-VN"/>
      </w:rPr>
    </w:pPr>
    <w:r w:rsidRPr="0012737D">
      <w:rPr>
        <w:noProof/>
        <w:color w:val="00B050"/>
        <w:sz w:val="32"/>
        <w:szCs w:val="32"/>
        <w:lang w:val="vi-VN" w:eastAsia="vi-VN"/>
      </w:rPr>
      <w:drawing>
        <wp:anchor distT="0" distB="0" distL="114300" distR="114300" simplePos="0" relativeHeight="251658240" behindDoc="0" locked="0" layoutInCell="1" allowOverlap="1">
          <wp:simplePos x="0" y="0"/>
          <wp:positionH relativeFrom="column">
            <wp:posOffset>4445</wp:posOffset>
          </wp:positionH>
          <wp:positionV relativeFrom="paragraph">
            <wp:posOffset>-95250</wp:posOffset>
          </wp:positionV>
          <wp:extent cx="718820" cy="887095"/>
          <wp:effectExtent l="0" t="0" r="5080" b="8255"/>
          <wp:wrapSquare wrapText="bothSides"/>
          <wp:docPr id="8" name="Picture 8" descr="F:\Thu vien\24-25\Video thạm khao\z5286162210803_c0e208cf605165dd7be78f1f1c976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u vien\24-25\Video thạm khao\z5286162210803_c0e208cf605165dd7be78f1f1c976f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82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37D">
      <w:rPr>
        <w:color w:val="00B050"/>
        <w:sz w:val="32"/>
        <w:szCs w:val="32"/>
        <w:lang w:val="vi-VN"/>
      </w:rPr>
      <w:t xml:space="preserve"> </w:t>
    </w:r>
    <w:r w:rsidRPr="0012737D">
      <w:rPr>
        <w:rStyle w:val="Strong"/>
        <w:rFonts w:asciiTheme="minorHAnsi" w:hAnsiTheme="minorHAnsi" w:cstheme="majorHAnsi"/>
        <w:bCs/>
        <w:sz w:val="40"/>
        <w:szCs w:val="40"/>
      </w:rPr>
      <w:t>THƯ VIỆN ĐIỆN TỬ TRƯỜNG THCS VŨ KIỆT</w:t>
    </w:r>
  </w:p>
  <w:p w:rsidR="00CC2877" w:rsidRPr="00CC2877" w:rsidRDefault="007B62E1" w:rsidP="00CC2877">
    <w:pPr>
      <w:pStyle w:val="Heading4"/>
      <w:tabs>
        <w:tab w:val="left" w:pos="567"/>
      </w:tabs>
      <w:jc w:val="center"/>
      <w:rPr>
        <w:color w:val="00B050"/>
        <w:sz w:val="32"/>
        <w:szCs w:val="32"/>
        <w:u w:val="double"/>
        <w:lang w:val="vi-VN"/>
      </w:rPr>
    </w:pPr>
    <w:r>
      <w:rPr>
        <w:noProof/>
        <w:color w:val="00B050"/>
        <w:sz w:val="32"/>
        <w:szCs w:val="32"/>
        <w:u w:val="double"/>
        <w:lang w:val="vi-VN" w:eastAsia="vi-VN"/>
      </w:rPr>
      <mc:AlternateContent>
        <mc:Choice Requires="wps">
          <w:drawing>
            <wp:anchor distT="0" distB="0" distL="114300" distR="114300" simplePos="0" relativeHeight="251659264" behindDoc="0" locked="0" layoutInCell="1" allowOverlap="1">
              <wp:simplePos x="0" y="0"/>
              <wp:positionH relativeFrom="column">
                <wp:posOffset>-24130</wp:posOffset>
              </wp:positionH>
              <wp:positionV relativeFrom="paragraph">
                <wp:posOffset>435610</wp:posOffset>
              </wp:positionV>
              <wp:extent cx="5972175" cy="0"/>
              <wp:effectExtent l="38100" t="38100" r="66675" b="95250"/>
              <wp:wrapNone/>
              <wp:docPr id="9" name="Straight Connector 9"/>
              <wp:cNvGraphicFramePr/>
              <a:graphic xmlns:a="http://schemas.openxmlformats.org/drawingml/2006/main">
                <a:graphicData uri="http://schemas.microsoft.com/office/word/2010/wordprocessingShape">
                  <wps:wsp>
                    <wps:cNvCnPr/>
                    <wps:spPr>
                      <a:xfrm flipV="1">
                        <a:off x="0" y="0"/>
                        <a:ext cx="59721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5E83A"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34.3pt" to="468.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" strokecolor="#f79646 [3209]" strokeweight="2pt">
              <v:shadow on="t" color="black" opacity="24903f" origin=",.5" offset="0,.55556mm"/>
            </v:line>
          </w:pict>
        </mc:Fallback>
      </mc:AlternateContent>
    </w:r>
    <w:r w:rsidR="00CC2877" w:rsidRPr="00CC2877">
      <w:rPr>
        <w:color w:val="00B050"/>
        <w:sz w:val="32"/>
        <w:szCs w:val="32"/>
        <w:u w:val="double"/>
        <w:lang w:val="vi-VN"/>
      </w:rPr>
      <w:t>“Không gian tri th</w:t>
    </w:r>
    <w:r w:rsidR="00CC2877" w:rsidRPr="00CC2877">
      <w:rPr>
        <w:rFonts w:cs="Calibri"/>
        <w:color w:val="00B050"/>
        <w:sz w:val="32"/>
        <w:szCs w:val="32"/>
        <w:u w:val="double"/>
        <w:lang w:val="vi-VN"/>
      </w:rPr>
      <w:t>ứ</w:t>
    </w:r>
    <w:r w:rsidR="00CC2877" w:rsidRPr="00CC2877">
      <w:rPr>
        <w:color w:val="00B050"/>
        <w:sz w:val="32"/>
        <w:szCs w:val="32"/>
        <w:u w:val="double"/>
        <w:lang w:val="vi-VN"/>
      </w:rPr>
      <w:t>c s</w:t>
    </w:r>
    <w:r w:rsidR="00CC2877" w:rsidRPr="00CC2877">
      <w:rPr>
        <w:rFonts w:cs="Calibri"/>
        <w:color w:val="00B050"/>
        <w:sz w:val="32"/>
        <w:szCs w:val="32"/>
        <w:u w:val="double"/>
        <w:lang w:val="vi-VN"/>
      </w:rPr>
      <w:t>ố</w:t>
    </w:r>
    <w:r w:rsidR="00CC2877" w:rsidRPr="00CC2877">
      <w:rPr>
        <w:color w:val="00B050"/>
        <w:sz w:val="32"/>
        <w:szCs w:val="32"/>
        <w:u w:val="double"/>
        <w:lang w:val="vi-VN"/>
      </w:rPr>
      <w:t xml:space="preserve"> - K</w:t>
    </w:r>
    <w:r w:rsidR="00CC2877" w:rsidRPr="00CC2877">
      <w:rPr>
        <w:rFonts w:cs="Calibri"/>
        <w:color w:val="00B050"/>
        <w:sz w:val="32"/>
        <w:szCs w:val="32"/>
        <w:u w:val="double"/>
        <w:lang w:val="vi-VN"/>
      </w:rPr>
      <w:t>ế</w:t>
    </w:r>
    <w:r w:rsidR="00CC2877" w:rsidRPr="00CC2877">
      <w:rPr>
        <w:color w:val="00B050"/>
        <w:sz w:val="32"/>
        <w:szCs w:val="32"/>
        <w:u w:val="double"/>
        <w:lang w:val="vi-VN"/>
      </w:rPr>
      <w:t>t n</w:t>
    </w:r>
    <w:r w:rsidR="00CC2877" w:rsidRPr="00CC2877">
      <w:rPr>
        <w:rFonts w:cs="Calibri"/>
        <w:color w:val="00B050"/>
        <w:sz w:val="32"/>
        <w:szCs w:val="32"/>
        <w:u w:val="double"/>
        <w:lang w:val="vi-VN"/>
      </w:rPr>
      <w:t>ố</w:t>
    </w:r>
    <w:r w:rsidR="00CC2877" w:rsidRPr="00CC2877">
      <w:rPr>
        <w:color w:val="00B050"/>
        <w:sz w:val="32"/>
        <w:szCs w:val="32"/>
        <w:u w:val="double"/>
        <w:lang w:val="vi-VN"/>
      </w:rPr>
      <w:t xml:space="preserve">i </w:t>
    </w:r>
    <w:r w:rsidR="00CC2877" w:rsidRPr="00CC2877">
      <w:rPr>
        <w:rFonts w:cs="Calibri"/>
        <w:color w:val="00B050"/>
        <w:sz w:val="32"/>
        <w:szCs w:val="32"/>
        <w:u w:val="double"/>
        <w:lang w:val="vi-VN"/>
      </w:rPr>
      <w:t>đ</w:t>
    </w:r>
    <w:r w:rsidR="00CC2877" w:rsidRPr="00CC2877">
      <w:rPr>
        <w:color w:val="00B050"/>
        <w:sz w:val="32"/>
        <w:szCs w:val="32"/>
        <w:u w:val="double"/>
        <w:lang w:val="vi-VN"/>
      </w:rPr>
      <w:t xml:space="preserve">am mê </w:t>
    </w:r>
    <w:r w:rsidR="00CC2877" w:rsidRPr="00CC2877">
      <w:rPr>
        <w:rFonts w:cs="Calibri"/>
        <w:color w:val="00B050"/>
        <w:sz w:val="32"/>
        <w:szCs w:val="32"/>
        <w:u w:val="double"/>
        <w:lang w:val="vi-VN"/>
      </w:rPr>
      <w:t>đọ</w:t>
    </w:r>
    <w:r w:rsidR="00CC2877" w:rsidRPr="00CC2877">
      <w:rPr>
        <w:color w:val="00B050"/>
        <w:sz w:val="32"/>
        <w:szCs w:val="32"/>
        <w:u w:val="double"/>
        <w:lang w:val="vi-VN"/>
      </w:rPr>
      <w:t>c sách”</w:t>
    </w:r>
    <w:r w:rsidR="0012737D" w:rsidRPr="0012737D">
      <w:rPr>
        <w:color w:val="00B050"/>
        <w:sz w:val="32"/>
        <w:szCs w:val="32"/>
        <w:u w:val="double"/>
        <w:lang w:val="vi-VN"/>
      </w:rPr>
      <w:t xml:space="preserve">  </w:t>
    </w:r>
    <w:r w:rsidR="0012737D" w:rsidRPr="001273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11023EE"/>
    <w:multiLevelType w:val="multilevel"/>
    <w:tmpl w:val="1FD4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0167E0"/>
    <w:multiLevelType w:val="multilevel"/>
    <w:tmpl w:val="9AEA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E32A0"/>
    <w:multiLevelType w:val="multilevel"/>
    <w:tmpl w:val="C832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9209D"/>
    <w:multiLevelType w:val="multilevel"/>
    <w:tmpl w:val="B7AE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A2FD6"/>
    <w:rsid w:val="000D59F8"/>
    <w:rsid w:val="0012737D"/>
    <w:rsid w:val="0015074B"/>
    <w:rsid w:val="0029639D"/>
    <w:rsid w:val="002B6B8A"/>
    <w:rsid w:val="00321275"/>
    <w:rsid w:val="00326F90"/>
    <w:rsid w:val="00345516"/>
    <w:rsid w:val="003E2E95"/>
    <w:rsid w:val="00503F8C"/>
    <w:rsid w:val="005D7C31"/>
    <w:rsid w:val="006018F1"/>
    <w:rsid w:val="006C2F84"/>
    <w:rsid w:val="007B62E1"/>
    <w:rsid w:val="007C2D2D"/>
    <w:rsid w:val="008D1FF0"/>
    <w:rsid w:val="00970B22"/>
    <w:rsid w:val="00A01F30"/>
    <w:rsid w:val="00A65BA8"/>
    <w:rsid w:val="00AA1D8D"/>
    <w:rsid w:val="00B02C38"/>
    <w:rsid w:val="00B47730"/>
    <w:rsid w:val="00CB0664"/>
    <w:rsid w:val="00CC2877"/>
    <w:rsid w:val="00D27074"/>
    <w:rsid w:val="00F2679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239BCA9A-EAFE-4A01-A3E1-C50B36B2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A2FD6"/>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A0217-C7FA-4BBA-B5CB-CA55696F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21AK22</cp:lastModifiedBy>
  <cp:revision>16</cp:revision>
  <dcterms:created xsi:type="dcterms:W3CDTF">2013-12-23T23:15:00Z</dcterms:created>
  <dcterms:modified xsi:type="dcterms:W3CDTF">2025-06-02T09:50:00Z</dcterms:modified>
  <cp:category/>
</cp:coreProperties>
</file>